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5F0E" w14:textId="77777777" w:rsidR="00A2020F" w:rsidRDefault="00627455">
      <w:pPr>
        <w:pStyle w:val="Cm"/>
        <w:jc w:val="center"/>
      </w:pPr>
      <w:r>
        <w:rPr>
          <w:lang w:val="hu-HU"/>
        </w:rPr>
        <w:t>ADATKEZELÉSI TÁJÉKOZTATÓ</w:t>
      </w:r>
    </w:p>
    <w:p w14:paraId="5DF25DCC" w14:textId="7D5DB46F" w:rsidR="00A2020F" w:rsidRDefault="00627455">
      <w:pPr>
        <w:pStyle w:val="Alcm"/>
        <w:jc w:val="center"/>
      </w:pPr>
      <w:r>
        <w:rPr>
          <w:lang w:val="hu-HU"/>
        </w:rPr>
        <w:t xml:space="preserve">az </w:t>
      </w:r>
      <w:r w:rsidR="00B0554B">
        <w:rPr>
          <w:lang w:val="hu-HU"/>
        </w:rPr>
        <w:t>Magyar Levéltárosok Egyesülete</w:t>
      </w:r>
      <w:r>
        <w:rPr>
          <w:lang w:val="hu-HU"/>
        </w:rPr>
        <w:t xml:space="preserve"> tisztújításához kapcsolódó jelöltállítás és választás során kezelt személyes adatokról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6690"/>
      </w:tblGrid>
      <w:tr w:rsidR="00A2020F" w14:paraId="4064CFF0" w14:textId="77777777">
        <w:trPr>
          <w:jc w:val="center"/>
        </w:trPr>
        <w:tc>
          <w:tcPr>
            <w:tcW w:w="2268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5406A" w14:textId="77777777" w:rsidR="00A2020F" w:rsidRDefault="00627455">
            <w:proofErr w:type="spellStart"/>
            <w:r>
              <w:rPr>
                <w:b/>
              </w:rPr>
              <w:t>Verzió</w:t>
            </w:r>
            <w:proofErr w:type="spellEnd"/>
          </w:p>
        </w:tc>
        <w:tc>
          <w:tcPr>
            <w:tcW w:w="669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84EC2B" w14:textId="77777777" w:rsidR="00A2020F" w:rsidRDefault="00627455">
            <w:r>
              <w:t>[1.0]</w:t>
            </w:r>
          </w:p>
        </w:tc>
      </w:tr>
      <w:tr w:rsidR="00A2020F" w14:paraId="2BCAE307" w14:textId="77777777">
        <w:trPr>
          <w:jc w:val="center"/>
        </w:trPr>
        <w:tc>
          <w:tcPr>
            <w:tcW w:w="2268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8A0B5E" w14:textId="77777777" w:rsidR="00A2020F" w:rsidRDefault="00627455">
            <w:proofErr w:type="spellStart"/>
            <w:r>
              <w:rPr>
                <w:b/>
              </w:rPr>
              <w:t>Hatálybalépés</w:t>
            </w:r>
            <w:proofErr w:type="spellEnd"/>
          </w:p>
        </w:tc>
        <w:tc>
          <w:tcPr>
            <w:tcW w:w="669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E31C8C" w14:textId="39CB03CE" w:rsidR="00A2020F" w:rsidRDefault="00B0554B">
            <w:r>
              <w:t xml:space="preserve">2026. </w:t>
            </w:r>
            <w:proofErr w:type="spellStart"/>
            <w:r w:rsidR="009B3B60">
              <w:t>július</w:t>
            </w:r>
            <w:proofErr w:type="spellEnd"/>
            <w:r w:rsidR="009B3B60">
              <w:t xml:space="preserve"> 15</w:t>
            </w:r>
            <w:r>
              <w:t>.</w:t>
            </w:r>
          </w:p>
        </w:tc>
      </w:tr>
      <w:tr w:rsidR="00A2020F" w14:paraId="272D06CD" w14:textId="77777777">
        <w:trPr>
          <w:jc w:val="center"/>
        </w:trPr>
        <w:tc>
          <w:tcPr>
            <w:tcW w:w="2268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457EA" w14:textId="77777777" w:rsidR="00A2020F" w:rsidRDefault="00627455">
            <w:proofErr w:type="spellStart"/>
            <w:r>
              <w:rPr>
                <w:b/>
              </w:rPr>
              <w:t>Közzététel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helye</w:t>
            </w:r>
            <w:proofErr w:type="spellEnd"/>
          </w:p>
        </w:tc>
        <w:tc>
          <w:tcPr>
            <w:tcW w:w="6690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D73B8" w14:textId="3F6D740E" w:rsidR="00A2020F" w:rsidRDefault="00B0554B">
            <w:r>
              <w:t xml:space="preserve">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honlapján</w:t>
            </w:r>
            <w:proofErr w:type="spellEnd"/>
            <w:r>
              <w:t>: archivportal.hu</w:t>
            </w:r>
            <w:r w:rsidR="00B409BF">
              <w:t xml:space="preserve">, </w:t>
            </w:r>
            <w:proofErr w:type="spellStart"/>
            <w:r w:rsidR="00B409BF">
              <w:t>illetve</w:t>
            </w:r>
            <w:proofErr w:type="spellEnd"/>
            <w:r w:rsidR="00B409BF">
              <w:t xml:space="preserve"> a </w:t>
            </w:r>
            <w:proofErr w:type="spellStart"/>
            <w:r w:rsidR="00B409BF">
              <w:t>zárt</w:t>
            </w:r>
            <w:proofErr w:type="spellEnd"/>
            <w:r w:rsidR="00B409BF">
              <w:t xml:space="preserve"> </w:t>
            </w:r>
            <w:proofErr w:type="spellStart"/>
            <w:r w:rsidR="00B409BF">
              <w:t>tagi</w:t>
            </w:r>
            <w:proofErr w:type="spellEnd"/>
            <w:r w:rsidR="005B3AD6">
              <w:t xml:space="preserve"> </w:t>
            </w:r>
            <w:proofErr w:type="spellStart"/>
            <w:r w:rsidR="005B3AD6">
              <w:t>levelezőlistán</w:t>
            </w:r>
            <w:proofErr w:type="spellEnd"/>
            <w:r w:rsidR="00B409BF">
              <w:t xml:space="preserve"> </w:t>
            </w:r>
          </w:p>
        </w:tc>
      </w:tr>
    </w:tbl>
    <w:p w14:paraId="056ABFB7" w14:textId="77777777" w:rsidR="00A2020F" w:rsidRDefault="00A2020F"/>
    <w:p w14:paraId="7CD7A4ED" w14:textId="77777777" w:rsidR="00A2020F" w:rsidRDefault="00A2020F">
      <w:pPr>
        <w:spacing w:after="0"/>
      </w:pPr>
    </w:p>
    <w:p w14:paraId="77DF2017" w14:textId="77777777" w:rsidR="00A2020F" w:rsidRDefault="00627455">
      <w:pPr>
        <w:pStyle w:val="Cmsor1"/>
      </w:pPr>
      <w:r>
        <w:rPr>
          <w:lang w:val="hu-HU"/>
        </w:rPr>
        <w:t>1. Az adatkezelő és elérhetőségei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6145BBF4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F0645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Adatkezelő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05EE8" w14:textId="039D6DE5" w:rsidR="00A2020F" w:rsidRDefault="00B0554B">
            <w:pPr>
              <w:spacing w:after="0"/>
            </w:pPr>
            <w:r>
              <w:t>Magyar Levéltárosok Egyesülete</w:t>
            </w:r>
          </w:p>
        </w:tc>
      </w:tr>
      <w:tr w:rsidR="00A2020F" w14:paraId="6FD1221A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485908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Székhely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8C5622" w14:textId="69851DD7" w:rsidR="00A2020F" w:rsidRDefault="00B0554B">
            <w:pPr>
              <w:spacing w:after="0"/>
            </w:pPr>
            <w:r w:rsidRPr="00B0554B">
              <w:t xml:space="preserve">1139 Budapest, </w:t>
            </w:r>
            <w:proofErr w:type="spellStart"/>
            <w:r w:rsidRPr="00B0554B">
              <w:t>Teve</w:t>
            </w:r>
            <w:proofErr w:type="spellEnd"/>
            <w:r w:rsidRPr="00B0554B">
              <w:t xml:space="preserve"> </w:t>
            </w:r>
            <w:proofErr w:type="spellStart"/>
            <w:r w:rsidRPr="00B0554B">
              <w:t>utca</w:t>
            </w:r>
            <w:proofErr w:type="spellEnd"/>
            <w:r w:rsidRPr="00B0554B">
              <w:t xml:space="preserve"> 3</w:t>
            </w:r>
            <w:r w:rsidR="00625739">
              <w:t>–</w:t>
            </w:r>
            <w:r w:rsidRPr="00B0554B">
              <w:t>5</w:t>
            </w:r>
            <w:r>
              <w:t>.</w:t>
            </w:r>
          </w:p>
        </w:tc>
      </w:tr>
      <w:tr w:rsidR="00A2020F" w14:paraId="0B474E2F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631C9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Nyilvántartási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szám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80CD0C" w14:textId="44363E6E" w:rsidR="00A2020F" w:rsidRDefault="00B0554B">
            <w:pPr>
              <w:spacing w:after="0"/>
            </w:pPr>
            <w:r>
              <w:t>1252</w:t>
            </w:r>
          </w:p>
        </w:tc>
      </w:tr>
      <w:tr w:rsidR="00A2020F" w14:paraId="2A6EF284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8F0843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Képviselő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CCC1B" w14:textId="67FDD3DF" w:rsidR="00A2020F" w:rsidRDefault="00B0554B">
            <w:pPr>
              <w:spacing w:after="0"/>
            </w:pPr>
            <w:r>
              <w:t>dr. Kenyeres István</w:t>
            </w:r>
          </w:p>
        </w:tc>
      </w:tr>
      <w:tr w:rsidR="00A2020F" w14:paraId="6D3CAAF5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A6919" w14:textId="77777777" w:rsidR="00A2020F" w:rsidRDefault="00627455">
            <w:pPr>
              <w:spacing w:after="0"/>
            </w:pPr>
            <w:r>
              <w:rPr>
                <w:b/>
                <w:color w:val="1F4E79"/>
              </w:rPr>
              <w:t>E-mail</w:t>
            </w:r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ED84D" w14:textId="657A1657" w:rsidR="00A2020F" w:rsidRDefault="00ED2EC8">
            <w:pPr>
              <w:spacing w:after="0"/>
            </w:pPr>
            <w:r w:rsidRPr="00ED2EC8">
              <w:t>mle.titkarsag@gmail.com</w:t>
            </w:r>
          </w:p>
        </w:tc>
      </w:tr>
      <w:tr w:rsidR="00A2020F" w14:paraId="0A318234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7608E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Telefonszám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C002A0" w14:textId="1DD95E88" w:rsidR="00A2020F" w:rsidRDefault="00A2020F">
            <w:pPr>
              <w:spacing w:after="0"/>
            </w:pPr>
          </w:p>
        </w:tc>
      </w:tr>
    </w:tbl>
    <w:p w14:paraId="34A3816B" w14:textId="77777777" w:rsidR="00A2020F" w:rsidRDefault="00A2020F">
      <w:pPr>
        <w:spacing w:after="0"/>
      </w:pPr>
    </w:p>
    <w:p w14:paraId="7FA8BE5C" w14:textId="77777777" w:rsidR="00A2020F" w:rsidRDefault="00627455">
      <w:pPr>
        <w:spacing w:after="100"/>
      </w:pPr>
      <w:r>
        <w:rPr>
          <w:lang w:val="hu-HU"/>
        </w:rPr>
        <w:t>A jelen tájékoztatóban az „Egyesület” kifejezés a fent megjelölt adatkezelőt jelenti.</w:t>
      </w:r>
    </w:p>
    <w:p w14:paraId="079BBD1F" w14:textId="77777777" w:rsidR="00A2020F" w:rsidRDefault="00627455">
      <w:pPr>
        <w:pStyle w:val="Cmsor1"/>
      </w:pPr>
      <w:r>
        <w:rPr>
          <w:lang w:val="hu-HU"/>
        </w:rPr>
        <w:t>2. A tájékoztató tárgya és az érintettek köre</w:t>
      </w:r>
    </w:p>
    <w:p w14:paraId="7CB2FEBD" w14:textId="77777777" w:rsidR="00A2020F" w:rsidRDefault="00627455">
      <w:pPr>
        <w:spacing w:after="100"/>
      </w:pPr>
      <w:r>
        <w:rPr>
          <w:lang w:val="hu-HU"/>
        </w:rPr>
        <w:t>A tájékoztató a tisztújításhoz kapcsolódó jelöltállítás, a jelölések ellenőrzése, a jelöltek tagok felé történő bemutatása, a választás dokumentálása, valamint a megválasztott tisztségviselők bírósági változásbejegyzése során végzett adatkezeléseket ismerteti.</w:t>
      </w:r>
    </w:p>
    <w:p w14:paraId="79E38680" w14:textId="77777777" w:rsidR="00A2020F" w:rsidRDefault="00627455">
      <w:pPr>
        <w:spacing w:after="100"/>
      </w:pPr>
      <w:r>
        <w:rPr>
          <w:lang w:val="hu-HU"/>
        </w:rPr>
        <w:t>Érintettek különösen:</w:t>
      </w:r>
    </w:p>
    <w:p w14:paraId="28ABE7CB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jelöltként javasolt, a jelöltséget elfogadó, visszautasító vagy visszavonó személyek;</w:t>
      </w:r>
    </w:p>
    <w:p w14:paraId="65E823FF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jelölést benyújtó vagy támogató tagok;</w:t>
      </w:r>
    </w:p>
    <w:p w14:paraId="15B9D1E5" w14:textId="164641FE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 xml:space="preserve">a megválasztott </w:t>
      </w:r>
      <w:r w:rsidR="003F2E25">
        <w:rPr>
          <w:lang w:val="hu-HU"/>
        </w:rPr>
        <w:t>elnökség,</w:t>
      </w:r>
      <w:r>
        <w:rPr>
          <w:lang w:val="hu-HU"/>
        </w:rPr>
        <w:t xml:space="preserve"> </w:t>
      </w:r>
      <w:r w:rsidR="003F2E25">
        <w:rPr>
          <w:lang w:val="hu-HU"/>
        </w:rPr>
        <w:t>választmányi tagok, ellenőrző bizottsági tagok.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A2020F" w14:paraId="52A2FD2B" w14:textId="77777777">
        <w:trPr>
          <w:jc w:val="center"/>
        </w:trPr>
        <w:tc>
          <w:tcPr>
            <w:tcW w:w="9298" w:type="dxa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B5F305" w14:textId="77777777" w:rsidR="00A2020F" w:rsidRDefault="00627455">
            <w:pPr>
              <w:spacing w:after="60"/>
            </w:pPr>
            <w:proofErr w:type="spellStart"/>
            <w:r>
              <w:rPr>
                <w:b/>
                <w:color w:val="1F4E79"/>
              </w:rPr>
              <w:t>Kapcsolódó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adatkezelés</w:t>
            </w:r>
            <w:proofErr w:type="spellEnd"/>
          </w:p>
          <w:p w14:paraId="2338BC78" w14:textId="77777777" w:rsidR="00A2020F" w:rsidRDefault="00627455">
            <w:pPr>
              <w:spacing w:after="0" w:line="252" w:lineRule="auto"/>
            </w:pPr>
            <w:r>
              <w:t xml:space="preserve">A </w:t>
            </w: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nyilvántartás</w:t>
            </w:r>
            <w:proofErr w:type="spellEnd"/>
            <w:r>
              <w:t xml:space="preserve"> </w:t>
            </w:r>
            <w:proofErr w:type="spellStart"/>
            <w:r>
              <w:t>általános</w:t>
            </w:r>
            <w:proofErr w:type="spellEnd"/>
            <w:r>
              <w:t xml:space="preserve"> </w:t>
            </w:r>
            <w:proofErr w:type="spellStart"/>
            <w:r>
              <w:t>kezelését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külön</w:t>
            </w:r>
            <w:proofErr w:type="spellEnd"/>
            <w:r>
              <w:t xml:space="preserve"> </w:t>
            </w: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adatkezelési</w:t>
            </w:r>
            <w:proofErr w:type="spellEnd"/>
            <w:r>
              <w:t xml:space="preserve"> </w:t>
            </w:r>
            <w:proofErr w:type="spellStart"/>
            <w:r>
              <w:t>tájékoztatója</w:t>
            </w:r>
            <w:proofErr w:type="spellEnd"/>
            <w:r>
              <w:t xml:space="preserve"> </w:t>
            </w:r>
            <w:proofErr w:type="spellStart"/>
            <w:r>
              <w:t>szabályozza</w:t>
            </w:r>
            <w:proofErr w:type="spellEnd"/>
            <w:r>
              <w:t xml:space="preserve">. </w:t>
            </w:r>
            <w:proofErr w:type="spellStart"/>
            <w:r>
              <w:t>Jelen</w:t>
            </w:r>
            <w:proofErr w:type="spellEnd"/>
            <w:r>
              <w:t xml:space="preserve"> </w:t>
            </w:r>
            <w:proofErr w:type="spellStart"/>
            <w:r>
              <w:t>dokumentum</w:t>
            </w:r>
            <w:proofErr w:type="spellEnd"/>
            <w:r>
              <w:t xml:space="preserve"> </w:t>
            </w:r>
            <w:proofErr w:type="spellStart"/>
            <w:r>
              <w:t>azt</w:t>
            </w:r>
            <w:proofErr w:type="spellEnd"/>
            <w:r>
              <w:t xml:space="preserve"> </w:t>
            </w:r>
            <w:proofErr w:type="spellStart"/>
            <w:r>
              <w:t>mutatja</w:t>
            </w:r>
            <w:proofErr w:type="spellEnd"/>
            <w:r>
              <w:t xml:space="preserve"> be, </w:t>
            </w:r>
            <w:proofErr w:type="spellStart"/>
            <w:r>
              <w:t>hogyan</w:t>
            </w:r>
            <w:proofErr w:type="spellEnd"/>
            <w:r>
              <w:t xml:space="preserve"> </w:t>
            </w:r>
            <w:proofErr w:type="spellStart"/>
            <w:r>
              <w:t>használja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a </w:t>
            </w: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a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konkrét</w:t>
            </w:r>
            <w:proofErr w:type="spellEnd"/>
            <w:r>
              <w:t xml:space="preserve"> </w:t>
            </w:r>
            <w:proofErr w:type="spellStart"/>
            <w:r>
              <w:t>céljaira</w:t>
            </w:r>
            <w:proofErr w:type="spellEnd"/>
            <w:r>
              <w:t>.</w:t>
            </w:r>
          </w:p>
        </w:tc>
      </w:tr>
    </w:tbl>
    <w:p w14:paraId="51D72F97" w14:textId="77777777" w:rsidR="00A2020F" w:rsidRDefault="00A2020F">
      <w:pPr>
        <w:spacing w:after="0"/>
      </w:pPr>
    </w:p>
    <w:p w14:paraId="47498CF2" w14:textId="77777777" w:rsidR="00A2020F" w:rsidRDefault="00627455">
      <w:pPr>
        <w:pStyle w:val="Cmsor1"/>
      </w:pPr>
      <w:r>
        <w:rPr>
          <w:lang w:val="hu-HU"/>
        </w:rPr>
        <w:t>3. Irányadó jogszabályok és alapelvek</w:t>
      </w:r>
    </w:p>
    <w:p w14:paraId="6BB0F8A0" w14:textId="77777777" w:rsidR="00A2020F" w:rsidRDefault="00627455">
      <w:pPr>
        <w:spacing w:after="100"/>
      </w:pPr>
      <w:r>
        <w:rPr>
          <w:lang w:val="hu-HU"/>
        </w:rPr>
        <w:t>Az adatkezelésre különösen az alábbi szabályok irányadók:</w:t>
      </w:r>
    </w:p>
    <w:p w14:paraId="7F3F14B9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lastRenderedPageBreak/>
        <w:t>az Európai Parlament és a Tanács (EU) 2016/679 rendelete („GDPR”);</w:t>
      </w:r>
    </w:p>
    <w:p w14:paraId="320AEE20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2011. évi CXII. törvény az információs önrendelkezési jogról és az információszabadságról („</w:t>
      </w:r>
      <w:proofErr w:type="spellStart"/>
      <w:r>
        <w:rPr>
          <w:lang w:val="hu-HU"/>
        </w:rPr>
        <w:t>Infotv</w:t>
      </w:r>
      <w:proofErr w:type="spellEnd"/>
      <w:r>
        <w:rPr>
          <w:lang w:val="hu-HU"/>
        </w:rPr>
        <w:t>.”);</w:t>
      </w:r>
    </w:p>
    <w:p w14:paraId="685E1146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2013. évi V. törvény a Polgári Törvénykönyvről („Ptk.”), különösen a jogi személyek és az egyesület szerveire, tisztségviselőire, közgyűlésére és iratmegőrzésére vonatkozó rendelkezései;</w:t>
      </w:r>
    </w:p>
    <w:p w14:paraId="7BC9877D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civil szervezetek bírósági nyilvántartásáról és az ezzel összefüggő eljárási szabályokról szóló 2011. évi CLXXXI. törvény, valamint a vonatkozó igazságügyi miniszteri űrlapszabályok;</w:t>
      </w:r>
    </w:p>
    <w:p w14:paraId="7D5FB72C" w14:textId="232DEC83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 xml:space="preserve">a 2011. évi CLXXV. törvény </w:t>
      </w:r>
      <w:r w:rsidR="003F2E25">
        <w:rPr>
          <w:lang w:val="hu-HU"/>
        </w:rPr>
        <w:t>vonatkozó</w:t>
      </w:r>
      <w:r>
        <w:rPr>
          <w:lang w:val="hu-HU"/>
        </w:rPr>
        <w:t xml:space="preserve"> rendelkezései;</w:t>
      </w:r>
    </w:p>
    <w:p w14:paraId="2FEF0459" w14:textId="77777777" w:rsidR="00ED2EC8" w:rsidRPr="00ED2EC8" w:rsidRDefault="00627455" w:rsidP="00ED2EC8">
      <w:pPr>
        <w:pStyle w:val="Felsorols"/>
        <w:spacing w:after="100"/>
        <w:ind w:left="255" w:hanging="142"/>
      </w:pPr>
      <w:r w:rsidRPr="00ED2EC8">
        <w:rPr>
          <w:lang w:val="hu-HU"/>
        </w:rPr>
        <w:t xml:space="preserve">az Egyesület hatályos alapszabálya </w:t>
      </w:r>
    </w:p>
    <w:p w14:paraId="7F26119C" w14:textId="79F7BBDD" w:rsidR="00A2020F" w:rsidRDefault="00627455" w:rsidP="00ED2EC8">
      <w:pPr>
        <w:pStyle w:val="Felsorols"/>
        <w:spacing w:after="100"/>
        <w:ind w:left="255" w:hanging="142"/>
      </w:pPr>
      <w:r w:rsidRPr="00ED2EC8">
        <w:rPr>
          <w:lang w:val="hu-HU"/>
        </w:rPr>
        <w:t>Az Egyesület az adatokat célhoz kötötten, a szükséges mértékre korlátozva, pontosan, bizalmasan és csak a meghatározott ideig kezeli.</w:t>
      </w:r>
    </w:p>
    <w:p w14:paraId="727E84A8" w14:textId="77777777" w:rsidR="00A2020F" w:rsidRDefault="00627455">
      <w:pPr>
        <w:pStyle w:val="Cmsor1"/>
      </w:pPr>
      <w:r>
        <w:rPr>
          <w:lang w:val="hu-HU"/>
        </w:rPr>
        <w:t>4. Az egyes adatkezelések részletes bemutatása</w:t>
      </w:r>
    </w:p>
    <w:p w14:paraId="7AB40BF3" w14:textId="77777777" w:rsidR="00A2020F" w:rsidRDefault="00627455">
      <w:pPr>
        <w:pStyle w:val="Cmsor2"/>
      </w:pPr>
      <w:r>
        <w:rPr>
          <w:lang w:val="hu-HU"/>
        </w:rPr>
        <w:t>4.1. A jelölés fogadása, a jelölt azonosítása és a választhatóság ellenőrzése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6FBD11F2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3B7145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Érintettek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557FB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jelöltként</w:t>
            </w:r>
            <w:proofErr w:type="spellEnd"/>
            <w:r>
              <w:t xml:space="preserve"> </w:t>
            </w:r>
            <w:proofErr w:type="spellStart"/>
            <w:r>
              <w:t>javasolt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</w:t>
            </w:r>
            <w:proofErr w:type="spellStart"/>
            <w:r>
              <w:t>jelöltséget</w:t>
            </w:r>
            <w:proofErr w:type="spellEnd"/>
            <w:r>
              <w:t xml:space="preserve"> </w:t>
            </w:r>
            <w:proofErr w:type="spellStart"/>
            <w:r>
              <w:t>elfogadó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visszautasító</w:t>
            </w:r>
            <w:proofErr w:type="spellEnd"/>
            <w:r>
              <w:t xml:space="preserve"> </w:t>
            </w:r>
            <w:proofErr w:type="spellStart"/>
            <w:r>
              <w:t>személyek</w:t>
            </w:r>
            <w:proofErr w:type="spellEnd"/>
            <w:r>
              <w:t>.</w:t>
            </w:r>
          </w:p>
        </w:tc>
      </w:tr>
      <w:tr w:rsidR="00A2020F" w14:paraId="4819920E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6661FB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9B7C5" w14:textId="264A92F9" w:rsidR="00A2020F" w:rsidRDefault="00627455">
            <w:pPr>
              <w:pStyle w:val="Felsorols"/>
              <w:spacing w:after="20"/>
              <w:ind w:left="198" w:hanging="113"/>
            </w:pPr>
            <w:proofErr w:type="spellStart"/>
            <w:r>
              <w:t>név</w:t>
            </w:r>
            <w:proofErr w:type="spellEnd"/>
          </w:p>
          <w:p w14:paraId="5A9BD562" w14:textId="171C98A0" w:rsidR="00A2020F" w:rsidRDefault="00627455">
            <w:pPr>
              <w:pStyle w:val="Felsorols"/>
              <w:spacing w:after="20"/>
              <w:ind w:left="198" w:hanging="113"/>
            </w:pP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jogviszony</w:t>
            </w:r>
            <w:proofErr w:type="spellEnd"/>
            <w:r>
              <w:t xml:space="preserve"> </w:t>
            </w:r>
            <w:proofErr w:type="spellStart"/>
            <w:r>
              <w:t>ténye</w:t>
            </w:r>
            <w:proofErr w:type="spellEnd"/>
            <w:r>
              <w:t xml:space="preserve"> </w:t>
            </w:r>
            <w:proofErr w:type="spellStart"/>
            <w:r w:rsidR="00ED2EC8">
              <w:t>és</w:t>
            </w:r>
            <w:proofErr w:type="spellEnd"/>
            <w:r w:rsidR="00ED2EC8">
              <w:t xml:space="preserve"> </w:t>
            </w:r>
            <w:proofErr w:type="spellStart"/>
            <w:r w:rsidR="00ED2EC8">
              <w:t>kezdete</w:t>
            </w:r>
            <w:proofErr w:type="spellEnd"/>
          </w:p>
          <w:p w14:paraId="2756021F" w14:textId="77777777" w:rsidR="00A2020F" w:rsidRDefault="00627455">
            <w:pPr>
              <w:pStyle w:val="Felsorols"/>
              <w:spacing w:after="20"/>
              <w:ind w:left="198" w:hanging="113"/>
            </w:pPr>
            <w:r>
              <w:t xml:space="preserve">a </w:t>
            </w:r>
            <w:proofErr w:type="spellStart"/>
            <w:r>
              <w:t>megpályázott</w:t>
            </w:r>
            <w:proofErr w:type="spellEnd"/>
            <w:r>
              <w:t xml:space="preserve"> </w:t>
            </w:r>
            <w:proofErr w:type="spellStart"/>
            <w:r>
              <w:t>tisztség</w:t>
            </w:r>
            <w:proofErr w:type="spellEnd"/>
            <w:r>
              <w:t xml:space="preserve">,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időpontja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módja</w:t>
            </w:r>
            <w:proofErr w:type="spellEnd"/>
            <w:r>
              <w:t>;</w:t>
            </w:r>
          </w:p>
          <w:p w14:paraId="299C19DB" w14:textId="77777777" w:rsidR="00A2020F" w:rsidRDefault="00627455">
            <w:pPr>
              <w:pStyle w:val="Felsorols"/>
              <w:spacing w:after="20"/>
              <w:ind w:left="198" w:hanging="113"/>
            </w:pPr>
            <w:r>
              <w:t xml:space="preserve">a </w:t>
            </w:r>
            <w:proofErr w:type="spellStart"/>
            <w:r>
              <w:t>jelöltség</w:t>
            </w:r>
            <w:proofErr w:type="spellEnd"/>
            <w:r>
              <w:t xml:space="preserve"> </w:t>
            </w:r>
            <w:proofErr w:type="spellStart"/>
            <w:r>
              <w:t>elfogadására</w:t>
            </w:r>
            <w:proofErr w:type="spellEnd"/>
            <w:r>
              <w:t xml:space="preserve">, </w:t>
            </w:r>
            <w:proofErr w:type="spellStart"/>
            <w:r>
              <w:t>visszautasítására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visszavonására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nyilatkozat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aláírás</w:t>
            </w:r>
            <w:proofErr w:type="spellEnd"/>
            <w:r>
              <w:t>;</w:t>
            </w:r>
          </w:p>
          <w:p w14:paraId="6498C20B" w14:textId="784FFC2C" w:rsidR="00A2020F" w:rsidRDefault="00627455">
            <w:pPr>
              <w:pStyle w:val="Felsorols"/>
              <w:spacing w:after="20"/>
              <w:ind w:left="198" w:hanging="113"/>
            </w:pPr>
            <w:proofErr w:type="spellStart"/>
            <w:r>
              <w:t>kapcsolattartási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 (e-mail-</w:t>
            </w:r>
            <w:proofErr w:type="spellStart"/>
            <w:r>
              <w:t>cím</w:t>
            </w:r>
            <w:proofErr w:type="spellEnd"/>
            <w:r>
              <w:t xml:space="preserve">, </w:t>
            </w:r>
            <w:proofErr w:type="spellStart"/>
            <w:r>
              <w:t>telefonszám</w:t>
            </w:r>
            <w:proofErr w:type="spellEnd"/>
            <w:r w:rsidR="00B409BF">
              <w:t>)</w:t>
            </w:r>
          </w:p>
          <w:p w14:paraId="535917E1" w14:textId="77777777" w:rsidR="00A2020F" w:rsidRDefault="00627455">
            <w:pPr>
              <w:pStyle w:val="Felsorols"/>
              <w:spacing w:after="20"/>
              <w:ind w:left="198" w:hanging="113"/>
            </w:pPr>
            <w:r>
              <w:t xml:space="preserve">a </w:t>
            </w:r>
            <w:proofErr w:type="spellStart"/>
            <w:r>
              <w:t>jogszabályban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alapszabályban</w:t>
            </w:r>
            <w:proofErr w:type="spellEnd"/>
            <w:r>
              <w:t xml:space="preserve"> </w:t>
            </w:r>
            <w:proofErr w:type="spellStart"/>
            <w:r>
              <w:t>előírt</w:t>
            </w:r>
            <w:proofErr w:type="spellEnd"/>
            <w:r>
              <w:t xml:space="preserve"> </w:t>
            </w:r>
            <w:proofErr w:type="spellStart"/>
            <w:r>
              <w:t>választhatósági</w:t>
            </w:r>
            <w:proofErr w:type="spellEnd"/>
            <w:r>
              <w:t xml:space="preserve">, </w:t>
            </w:r>
            <w:proofErr w:type="spellStart"/>
            <w:r>
              <w:t>összeférhetetlenségi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kizáró</w:t>
            </w:r>
            <w:proofErr w:type="spellEnd"/>
            <w:r>
              <w:t xml:space="preserve"> ok </w:t>
            </w:r>
            <w:proofErr w:type="spellStart"/>
            <w:r>
              <w:t>hiányára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,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tartalmú</w:t>
            </w:r>
            <w:proofErr w:type="spellEnd"/>
            <w:r>
              <w:t xml:space="preserve"> </w:t>
            </w:r>
            <w:proofErr w:type="spellStart"/>
            <w:r>
              <w:t>nyilatkozat</w:t>
            </w:r>
            <w:proofErr w:type="spellEnd"/>
            <w:r>
              <w:t>;</w:t>
            </w:r>
          </w:p>
          <w:p w14:paraId="1BF6048F" w14:textId="77777777" w:rsidR="00A2020F" w:rsidRDefault="00627455">
            <w:pPr>
              <w:pStyle w:val="Felsorols"/>
              <w:spacing w:after="20"/>
              <w:ind w:left="198" w:hanging="113"/>
            </w:pPr>
            <w:r>
              <w:t xml:space="preserve">a </w:t>
            </w:r>
            <w:proofErr w:type="spellStart"/>
            <w:r>
              <w:t>jelöléssel</w:t>
            </w:r>
            <w:proofErr w:type="spellEnd"/>
            <w:r>
              <w:t xml:space="preserve"> </w:t>
            </w:r>
            <w:proofErr w:type="spellStart"/>
            <w:r>
              <w:t>kapcsolatos</w:t>
            </w:r>
            <w:proofErr w:type="spellEnd"/>
            <w:r>
              <w:t xml:space="preserve"> </w:t>
            </w:r>
            <w:proofErr w:type="spellStart"/>
            <w:r>
              <w:t>érdemi</w:t>
            </w:r>
            <w:proofErr w:type="spellEnd"/>
            <w:r>
              <w:t xml:space="preserve"> </w:t>
            </w:r>
            <w:proofErr w:type="spellStart"/>
            <w:r>
              <w:t>levelezés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eljárási</w:t>
            </w:r>
            <w:proofErr w:type="spellEnd"/>
            <w:r>
              <w:t xml:space="preserve"> </w:t>
            </w:r>
            <w:proofErr w:type="spellStart"/>
            <w:r>
              <w:t>feljegyzések</w:t>
            </w:r>
            <w:proofErr w:type="spellEnd"/>
            <w:r>
              <w:t>.</w:t>
            </w:r>
          </w:p>
        </w:tc>
      </w:tr>
      <w:tr w:rsidR="00A2020F" w14:paraId="6BD7359A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4EE18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2EBB61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befogadása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ellenőrzése</w:t>
            </w:r>
            <w:proofErr w:type="spellEnd"/>
            <w:r>
              <w:t xml:space="preserve">; a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azonosítása</w:t>
            </w:r>
            <w:proofErr w:type="spellEnd"/>
            <w:r>
              <w:t xml:space="preserve">; a </w:t>
            </w:r>
            <w:proofErr w:type="spellStart"/>
            <w:r>
              <w:t>választhatósági</w:t>
            </w:r>
            <w:proofErr w:type="spellEnd"/>
            <w:r>
              <w:t xml:space="preserve"> </w:t>
            </w:r>
            <w:proofErr w:type="spellStart"/>
            <w:r>
              <w:t>feltételek</w:t>
            </w:r>
            <w:proofErr w:type="spellEnd"/>
            <w:r>
              <w:t xml:space="preserve"> </w:t>
            </w:r>
            <w:proofErr w:type="spellStart"/>
            <w:r>
              <w:t>vizsgálata</w:t>
            </w:r>
            <w:proofErr w:type="spellEnd"/>
            <w:r>
              <w:t xml:space="preserve">; </w:t>
            </w:r>
            <w:proofErr w:type="spellStart"/>
            <w:r>
              <w:t>kapcsolattartás</w:t>
            </w:r>
            <w:proofErr w:type="spellEnd"/>
            <w:r>
              <w:t xml:space="preserve">; a </w:t>
            </w:r>
            <w:proofErr w:type="spellStart"/>
            <w:r>
              <w:t>jelöltlista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szavazólap</w:t>
            </w:r>
            <w:proofErr w:type="spellEnd"/>
            <w:r>
              <w:t xml:space="preserve"> </w:t>
            </w:r>
            <w:proofErr w:type="spellStart"/>
            <w:r>
              <w:t>elkészítése</w:t>
            </w:r>
            <w:proofErr w:type="spellEnd"/>
            <w:r>
              <w:t xml:space="preserve">; a </w:t>
            </w:r>
            <w:proofErr w:type="spellStart"/>
            <w:r>
              <w:t>jogszerű</w:t>
            </w:r>
            <w:proofErr w:type="spellEnd"/>
            <w:r>
              <w:t xml:space="preserve">, </w:t>
            </w:r>
            <w:proofErr w:type="spellStart"/>
            <w:r>
              <w:t>átlátható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utólag</w:t>
            </w:r>
            <w:proofErr w:type="spellEnd"/>
            <w:r>
              <w:t xml:space="preserve"> </w:t>
            </w:r>
            <w:proofErr w:type="spellStart"/>
            <w:r>
              <w:t>ellenőrizhető</w:t>
            </w:r>
            <w:proofErr w:type="spellEnd"/>
            <w:r>
              <w:t xml:space="preserve">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előkészítése</w:t>
            </w:r>
            <w:proofErr w:type="spellEnd"/>
            <w:r>
              <w:t>.</w:t>
            </w:r>
          </w:p>
        </w:tc>
      </w:tr>
      <w:tr w:rsidR="00A2020F" w14:paraId="5ABC28AE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304C15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E39446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kötelező</w:t>
            </w:r>
            <w:proofErr w:type="spellEnd"/>
            <w:r>
              <w:t xml:space="preserve">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választhatósági</w:t>
            </w:r>
            <w:proofErr w:type="spellEnd"/>
            <w:r>
              <w:t xml:space="preserve"> </w:t>
            </w:r>
            <w:proofErr w:type="spellStart"/>
            <w:r>
              <w:t>adatoknál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c) </w:t>
            </w:r>
            <w:proofErr w:type="spellStart"/>
            <w:r>
              <w:t>pontja</w:t>
            </w:r>
            <w:proofErr w:type="spellEnd"/>
            <w:r>
              <w:t xml:space="preserve">: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jogi</w:t>
            </w:r>
            <w:proofErr w:type="spellEnd"/>
            <w:r>
              <w:t xml:space="preserve"> </w:t>
            </w:r>
            <w:proofErr w:type="spellStart"/>
            <w:r>
              <w:t>kötelezettségeinek</w:t>
            </w:r>
            <w:proofErr w:type="spellEnd"/>
            <w:r>
              <w:t xml:space="preserve"> </w:t>
            </w:r>
            <w:proofErr w:type="spellStart"/>
            <w:r>
              <w:t>teljesítése</w:t>
            </w:r>
            <w:proofErr w:type="spellEnd"/>
            <w:r>
              <w:t xml:space="preserve">, </w:t>
            </w:r>
            <w:proofErr w:type="spellStart"/>
            <w:r>
              <w:t>különösen</w:t>
            </w:r>
            <w:proofErr w:type="spellEnd"/>
            <w:r>
              <w:t xml:space="preserve"> a </w:t>
            </w:r>
            <w:proofErr w:type="spellStart"/>
            <w:r>
              <w:t>Ptk</w:t>
            </w:r>
            <w:proofErr w:type="spellEnd"/>
            <w:r>
              <w:t xml:space="preserve">. 3:21. § (3), 3:79. § és 3:80. § e) </w:t>
            </w:r>
            <w:proofErr w:type="spellStart"/>
            <w:r>
              <w:t>pontja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. A </w:t>
            </w:r>
            <w:proofErr w:type="spellStart"/>
            <w:r>
              <w:t>külön</w:t>
            </w:r>
            <w:proofErr w:type="spellEnd"/>
            <w:r>
              <w:t xml:space="preserve"> </w:t>
            </w:r>
            <w:proofErr w:type="spellStart"/>
            <w:r>
              <w:t>kapcsolattartási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eljárásbiztonsági</w:t>
            </w:r>
            <w:proofErr w:type="spellEnd"/>
            <w:r>
              <w:t xml:space="preserve"> </w:t>
            </w:r>
            <w:proofErr w:type="spellStart"/>
            <w:r>
              <w:t>adatoknál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f) </w:t>
            </w:r>
            <w:proofErr w:type="spellStart"/>
            <w:r>
              <w:t>pontja</w:t>
            </w:r>
            <w:proofErr w:type="spellEnd"/>
            <w:r>
              <w:t xml:space="preserve">: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jogos</w:t>
            </w:r>
            <w:proofErr w:type="spellEnd"/>
            <w:r>
              <w:t xml:space="preserve"> </w:t>
            </w:r>
            <w:proofErr w:type="spellStart"/>
            <w:r>
              <w:t>érdeke</w:t>
            </w:r>
            <w:proofErr w:type="spellEnd"/>
            <w:r>
              <w:t xml:space="preserve"> a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hatékony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bizonyítható</w:t>
            </w:r>
            <w:proofErr w:type="spellEnd"/>
            <w:r>
              <w:t xml:space="preserve"> </w:t>
            </w:r>
            <w:proofErr w:type="spellStart"/>
            <w:r>
              <w:t>lebonyolításához</w:t>
            </w:r>
            <w:proofErr w:type="spellEnd"/>
            <w:r>
              <w:t>.</w:t>
            </w:r>
          </w:p>
        </w:tc>
      </w:tr>
      <w:tr w:rsidR="00A2020F" w14:paraId="1562C03F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718096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Adatforrás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5EF17B" w14:textId="2F8A1FFE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jelölt</w:t>
            </w:r>
            <w:proofErr w:type="spellEnd"/>
            <w:r>
              <w:t xml:space="preserve">; a </w:t>
            </w:r>
            <w:proofErr w:type="spellStart"/>
            <w:r>
              <w:t>jelölést</w:t>
            </w:r>
            <w:proofErr w:type="spellEnd"/>
            <w:r>
              <w:t xml:space="preserve"> </w:t>
            </w:r>
            <w:proofErr w:type="spellStart"/>
            <w:r>
              <w:t>benyújtó</w:t>
            </w:r>
            <w:proofErr w:type="spellEnd"/>
            <w:r>
              <w:t xml:space="preserve"> </w:t>
            </w:r>
            <w:proofErr w:type="spellStart"/>
            <w:r>
              <w:t>személy</w:t>
            </w:r>
            <w:proofErr w:type="spellEnd"/>
            <w:r>
              <w:t xml:space="preserve">;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nyilvántartása</w:t>
            </w:r>
            <w:proofErr w:type="spellEnd"/>
            <w:r>
              <w:t xml:space="preserve">. </w:t>
            </w:r>
          </w:p>
        </w:tc>
      </w:tr>
      <w:tr w:rsidR="00A2020F" w14:paraId="14B51DA2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5EC15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EA823" w14:textId="4D0531FD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kizárólag</w:t>
            </w:r>
            <w:proofErr w:type="spellEnd"/>
            <w:r>
              <w:t xml:space="preserve">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iratban</w:t>
            </w:r>
            <w:proofErr w:type="spellEnd"/>
            <w:r>
              <w:t xml:space="preserve"> </w:t>
            </w:r>
            <w:proofErr w:type="spellStart"/>
            <w:r>
              <w:t>szereplő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a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határozat</w:t>
            </w:r>
            <w:proofErr w:type="spellEnd"/>
            <w:r>
              <w:t xml:space="preserve"> </w:t>
            </w:r>
            <w:proofErr w:type="spellStart"/>
            <w:r>
              <w:t>meghozatalától</w:t>
            </w:r>
            <w:proofErr w:type="spellEnd"/>
            <w:r>
              <w:t xml:space="preserve"> </w:t>
            </w:r>
            <w:proofErr w:type="spellStart"/>
            <w:r>
              <w:t>számított</w:t>
            </w:r>
            <w:proofErr w:type="spellEnd"/>
            <w:r>
              <w:t xml:space="preserve"> 1 </w:t>
            </w:r>
            <w:proofErr w:type="spellStart"/>
            <w:r>
              <w:t>évig</w:t>
            </w:r>
            <w:proofErr w:type="spellEnd"/>
            <w:r>
              <w:t xml:space="preserve"> </w:t>
            </w:r>
            <w:proofErr w:type="spellStart"/>
            <w:r>
              <w:t>őrzi</w:t>
            </w:r>
            <w:proofErr w:type="spellEnd"/>
            <w:r>
              <w:t xml:space="preserve">, </w:t>
            </w:r>
            <w:proofErr w:type="spellStart"/>
            <w:r>
              <w:t>tekintettel</w:t>
            </w:r>
            <w:proofErr w:type="spellEnd"/>
            <w:r>
              <w:t xml:space="preserve"> a </w:t>
            </w:r>
            <w:proofErr w:type="spellStart"/>
            <w:r>
              <w:t>határozat</w:t>
            </w:r>
            <w:proofErr w:type="spellEnd"/>
            <w:r>
              <w:t xml:space="preserve"> </w:t>
            </w:r>
            <w:proofErr w:type="spellStart"/>
            <w:r>
              <w:t>bírósági</w:t>
            </w:r>
            <w:proofErr w:type="spellEnd"/>
            <w:r>
              <w:t xml:space="preserve"> </w:t>
            </w:r>
            <w:proofErr w:type="spellStart"/>
            <w:r>
              <w:t>megtámadásának</w:t>
            </w:r>
            <w:proofErr w:type="spellEnd"/>
            <w:r>
              <w:t xml:space="preserve"> </w:t>
            </w:r>
            <w:proofErr w:type="spellStart"/>
            <w:r>
              <w:t>legfeljebb</w:t>
            </w:r>
            <w:proofErr w:type="spellEnd"/>
            <w:r>
              <w:t xml:space="preserve"> </w:t>
            </w:r>
            <w:proofErr w:type="spellStart"/>
            <w:r>
              <w:t>egyéves</w:t>
            </w:r>
            <w:proofErr w:type="spellEnd"/>
            <w:r>
              <w:t xml:space="preserve"> </w:t>
            </w:r>
            <w:proofErr w:type="spellStart"/>
            <w:r>
              <w:t>határidejére</w:t>
            </w:r>
            <w:proofErr w:type="spellEnd"/>
            <w:r>
              <w:t xml:space="preserve">. </w:t>
            </w:r>
            <w:proofErr w:type="spellStart"/>
            <w:r>
              <w:t>Jogvita</w:t>
            </w:r>
            <w:proofErr w:type="spellEnd"/>
            <w:r>
              <w:t xml:space="preserve">, </w:t>
            </w:r>
            <w:proofErr w:type="spellStart"/>
            <w:r>
              <w:t>hatósági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bírósági</w:t>
            </w:r>
            <w:proofErr w:type="spellEnd"/>
            <w:r>
              <w:t xml:space="preserve"> </w:t>
            </w:r>
            <w:proofErr w:type="spellStart"/>
            <w:r>
              <w:t>eljárás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eljárás</w:t>
            </w:r>
            <w:proofErr w:type="spellEnd"/>
            <w:r>
              <w:t xml:space="preserve"> </w:t>
            </w:r>
            <w:proofErr w:type="spellStart"/>
            <w:r>
              <w:t>jogerős</w:t>
            </w:r>
            <w:proofErr w:type="spellEnd"/>
            <w:r>
              <w:t xml:space="preserve"> </w:t>
            </w:r>
            <w:proofErr w:type="spellStart"/>
            <w:r>
              <w:t>lezárásáig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kapcsolódó</w:t>
            </w:r>
            <w:proofErr w:type="spellEnd"/>
            <w:r>
              <w:t xml:space="preserve"> </w:t>
            </w:r>
            <w:proofErr w:type="spellStart"/>
            <w:r>
              <w:t>igények</w:t>
            </w:r>
            <w:proofErr w:type="spellEnd"/>
            <w:r>
              <w:t xml:space="preserve"> </w:t>
            </w:r>
            <w:proofErr w:type="spellStart"/>
            <w:r>
              <w:t>érvényesíthetőségéig</w:t>
            </w:r>
            <w:proofErr w:type="spellEnd"/>
            <w:r>
              <w:t xml:space="preserve"> </w:t>
            </w:r>
            <w:proofErr w:type="spellStart"/>
            <w:r>
              <w:t>kezeli</w:t>
            </w:r>
            <w:proofErr w:type="spellEnd"/>
            <w:r>
              <w:t xml:space="preserve">. </w:t>
            </w:r>
          </w:p>
        </w:tc>
      </w:tr>
      <w:tr w:rsidR="00A2020F" w14:paraId="3B8F9678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3E9E4E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Adatszolgáltatás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4BD0A2" w14:textId="7003ED90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érvényességéhez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 </w:t>
            </w:r>
            <w:proofErr w:type="spellStart"/>
            <w:r>
              <w:t>megadása</w:t>
            </w:r>
            <w:proofErr w:type="spellEnd"/>
            <w:r>
              <w:t xml:space="preserve"> </w:t>
            </w:r>
            <w:proofErr w:type="spellStart"/>
            <w:r>
              <w:t>kötelező</w:t>
            </w:r>
            <w:proofErr w:type="spellEnd"/>
            <w:r>
              <w:t xml:space="preserve">. </w:t>
            </w:r>
            <w:proofErr w:type="spellStart"/>
            <w:r>
              <w:t>Ezek</w:t>
            </w:r>
            <w:proofErr w:type="spellEnd"/>
            <w:r>
              <w:t xml:space="preserve"> </w:t>
            </w:r>
            <w:proofErr w:type="spellStart"/>
            <w:r>
              <w:t>hiányában</w:t>
            </w:r>
            <w:proofErr w:type="spellEnd"/>
            <w:r>
              <w:t xml:space="preserve">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ellenőrizhető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a </w:t>
            </w:r>
            <w:proofErr w:type="spellStart"/>
            <w:r>
              <w:t>személy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vehető</w:t>
            </w:r>
            <w:proofErr w:type="spellEnd"/>
            <w:r>
              <w:t xml:space="preserve"> </w:t>
            </w:r>
            <w:proofErr w:type="spellStart"/>
            <w:r>
              <w:t>fel</w:t>
            </w:r>
            <w:proofErr w:type="spellEnd"/>
            <w:r>
              <w:t xml:space="preserve"> a </w:t>
            </w:r>
            <w:proofErr w:type="spellStart"/>
            <w:r>
              <w:t>jelöltlistára</w:t>
            </w:r>
            <w:proofErr w:type="spellEnd"/>
            <w:r>
              <w:t xml:space="preserve">. A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bemutatkozási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 </w:t>
            </w:r>
            <w:proofErr w:type="spellStart"/>
            <w:r>
              <w:t>megadása</w:t>
            </w:r>
            <w:proofErr w:type="spellEnd"/>
            <w:r>
              <w:t xml:space="preserve"> </w:t>
            </w:r>
            <w:proofErr w:type="spellStart"/>
            <w:r>
              <w:t>önkéntes</w:t>
            </w:r>
            <w:proofErr w:type="spellEnd"/>
            <w:r>
              <w:t>.</w:t>
            </w:r>
          </w:p>
        </w:tc>
      </w:tr>
    </w:tbl>
    <w:p w14:paraId="0E8C4C3E" w14:textId="77777777" w:rsidR="00A2020F" w:rsidRDefault="00A2020F">
      <w:pPr>
        <w:spacing w:after="0"/>
      </w:pPr>
    </w:p>
    <w:p w14:paraId="3755A76A" w14:textId="77777777" w:rsidR="00A2020F" w:rsidRDefault="00627455">
      <w:pPr>
        <w:pStyle w:val="Cmsor2"/>
      </w:pPr>
      <w:r>
        <w:rPr>
          <w:lang w:val="hu-HU"/>
        </w:rPr>
        <w:lastRenderedPageBreak/>
        <w:t>4.2. A jelölést benyújtó vagy támogató tag adatainak kezelése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078551E6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044C85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Érintettek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F8814D" w14:textId="792742A1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jelölést</w:t>
            </w:r>
            <w:proofErr w:type="spellEnd"/>
            <w:r>
              <w:t xml:space="preserve"> </w:t>
            </w:r>
            <w:proofErr w:type="spellStart"/>
            <w:r>
              <w:t>benyújtó</w:t>
            </w:r>
            <w:proofErr w:type="spellEnd"/>
            <w:r>
              <w:t xml:space="preserve"> </w:t>
            </w:r>
            <w:proofErr w:type="spellStart"/>
            <w:r w:rsidR="00B409BF">
              <w:t>és</w:t>
            </w:r>
            <w:proofErr w:type="spellEnd"/>
            <w:r>
              <w:t xml:space="preserve"> a </w:t>
            </w:r>
            <w:proofErr w:type="spellStart"/>
            <w:r>
              <w:t>jelölést</w:t>
            </w:r>
            <w:proofErr w:type="spellEnd"/>
            <w:r>
              <w:t xml:space="preserve"> </w:t>
            </w:r>
            <w:proofErr w:type="spellStart"/>
            <w:r>
              <w:t>támogató</w:t>
            </w:r>
            <w:proofErr w:type="spellEnd"/>
            <w:r>
              <w:t xml:space="preserve"> </w:t>
            </w:r>
            <w:proofErr w:type="spellStart"/>
            <w:r>
              <w:t>tagok</w:t>
            </w:r>
            <w:proofErr w:type="spellEnd"/>
            <w:r>
              <w:t>.</w:t>
            </w:r>
          </w:p>
        </w:tc>
      </w:tr>
      <w:tr w:rsidR="00A2020F" w14:paraId="2017D7C9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A39FD3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72F21" w14:textId="01532FF9" w:rsidR="00A2020F" w:rsidRDefault="00627455">
            <w:pPr>
              <w:spacing w:after="0"/>
            </w:pPr>
            <w:proofErr w:type="spellStart"/>
            <w:r>
              <w:t>Név</w:t>
            </w:r>
            <w:proofErr w:type="spellEnd"/>
            <w:r>
              <w:t xml:space="preserve">; </w:t>
            </w:r>
            <w:proofErr w:type="spellStart"/>
            <w:r>
              <w:t>tagsági</w:t>
            </w:r>
            <w:proofErr w:type="spellEnd"/>
            <w:r>
              <w:t xml:space="preserve"> </w:t>
            </w:r>
            <w:proofErr w:type="spellStart"/>
            <w:r>
              <w:t>jogviszony</w:t>
            </w:r>
            <w:proofErr w:type="spellEnd"/>
            <w:r>
              <w:t xml:space="preserve"> </w:t>
            </w:r>
            <w:proofErr w:type="spellStart"/>
            <w:r>
              <w:t>tény</w:t>
            </w:r>
            <w:r w:rsidR="00CA1255">
              <w:t>e</w:t>
            </w:r>
            <w:proofErr w:type="spellEnd"/>
            <w:r w:rsidR="00CA1255">
              <w:t xml:space="preserve">; </w:t>
            </w:r>
            <w:proofErr w:type="spellStart"/>
            <w:r w:rsidR="00CA1255">
              <w:t>munkahely</w:t>
            </w:r>
            <w:proofErr w:type="spellEnd"/>
            <w:r w:rsidR="00CA1255">
              <w:t xml:space="preserve"> </w:t>
            </w:r>
            <w:proofErr w:type="spellStart"/>
            <w:r w:rsidR="00CA1255">
              <w:t>címe</w:t>
            </w:r>
            <w:proofErr w:type="spellEnd"/>
            <w:r w:rsidR="00CA1255">
              <w:t xml:space="preserve"> </w:t>
            </w:r>
            <w:proofErr w:type="spellStart"/>
            <w:r w:rsidR="00CA1255">
              <w:t>vagy</w:t>
            </w:r>
            <w:proofErr w:type="spellEnd"/>
            <w:r w:rsidR="00CA1255">
              <w:t xml:space="preserve"> </w:t>
            </w:r>
            <w:proofErr w:type="spellStart"/>
            <w:r w:rsidR="00CA1255">
              <w:t>annak</w:t>
            </w:r>
            <w:proofErr w:type="spellEnd"/>
            <w:r w:rsidR="00CA1255">
              <w:t xml:space="preserve"> </w:t>
            </w:r>
            <w:proofErr w:type="spellStart"/>
            <w:r w:rsidR="00CA1255">
              <w:t>hiányában</w:t>
            </w:r>
            <w:proofErr w:type="spellEnd"/>
            <w:r w:rsidR="00CA1255">
              <w:t xml:space="preserve"> </w:t>
            </w:r>
            <w:proofErr w:type="spellStart"/>
            <w:r w:rsidR="00CA1255">
              <w:t>lakcím</w:t>
            </w:r>
            <w:proofErr w:type="spellEnd"/>
            <w:r>
              <w:t xml:space="preserve">; </w:t>
            </w:r>
            <w:proofErr w:type="spellStart"/>
            <w:r>
              <w:t>aláírás</w:t>
            </w:r>
            <w:proofErr w:type="spellEnd"/>
            <w:r>
              <w:t xml:space="preserve">;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időpontja</w:t>
            </w:r>
            <w:proofErr w:type="spellEnd"/>
            <w:r>
              <w:t xml:space="preserve">; a </w:t>
            </w:r>
            <w:proofErr w:type="spellStart"/>
            <w:r>
              <w:t>jelölt</w:t>
            </w:r>
            <w:proofErr w:type="spellEnd"/>
            <w:r>
              <w:t xml:space="preserve"> neve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megjelölt</w:t>
            </w:r>
            <w:proofErr w:type="spellEnd"/>
            <w:r>
              <w:t xml:space="preserve"> </w:t>
            </w:r>
            <w:proofErr w:type="spellStart"/>
            <w:r>
              <w:t>tisztség</w:t>
            </w:r>
            <w:proofErr w:type="spellEnd"/>
            <w:r>
              <w:t xml:space="preserve">;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érvényességéhez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egyéb</w:t>
            </w:r>
            <w:proofErr w:type="spellEnd"/>
            <w:r>
              <w:t xml:space="preserve"> </w:t>
            </w:r>
            <w:proofErr w:type="spellStart"/>
            <w:r>
              <w:t>eljárási</w:t>
            </w:r>
            <w:proofErr w:type="spellEnd"/>
            <w:r>
              <w:t xml:space="preserve"> </w:t>
            </w:r>
            <w:proofErr w:type="spellStart"/>
            <w:r>
              <w:t>adat</w:t>
            </w:r>
            <w:proofErr w:type="spellEnd"/>
            <w:r>
              <w:t>.</w:t>
            </w:r>
          </w:p>
        </w:tc>
      </w:tr>
      <w:tr w:rsidR="00A2020F" w14:paraId="7F70C2AD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E08D8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6239C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jogosultság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érvényességének</w:t>
            </w:r>
            <w:proofErr w:type="spellEnd"/>
            <w:r>
              <w:t xml:space="preserve"> </w:t>
            </w:r>
            <w:proofErr w:type="spellStart"/>
            <w:r>
              <w:t>ellenőrzése</w:t>
            </w:r>
            <w:proofErr w:type="spellEnd"/>
            <w:r>
              <w:t xml:space="preserve">; a </w:t>
            </w:r>
            <w:proofErr w:type="spellStart"/>
            <w:r>
              <w:t>többszörös</w:t>
            </w:r>
            <w:proofErr w:type="spellEnd"/>
            <w:r>
              <w:t xml:space="preserve">, </w:t>
            </w:r>
            <w:proofErr w:type="spellStart"/>
            <w:r>
              <w:t>vitatott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jogosulatlan</w:t>
            </w:r>
            <w:proofErr w:type="spellEnd"/>
            <w:r>
              <w:t xml:space="preserve"> </w:t>
            </w:r>
            <w:proofErr w:type="spellStart"/>
            <w:r>
              <w:t>jelölések</w:t>
            </w:r>
            <w:proofErr w:type="spellEnd"/>
            <w:r>
              <w:t xml:space="preserve"> </w:t>
            </w:r>
            <w:proofErr w:type="spellStart"/>
            <w:r>
              <w:t>kiszűrése</w:t>
            </w:r>
            <w:proofErr w:type="spellEnd"/>
            <w:r>
              <w:t xml:space="preserve">; a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folyamat</w:t>
            </w:r>
            <w:proofErr w:type="spellEnd"/>
            <w:r>
              <w:t xml:space="preserve"> </w:t>
            </w:r>
            <w:proofErr w:type="spellStart"/>
            <w:r>
              <w:t>bizonyíthatósága</w:t>
            </w:r>
            <w:proofErr w:type="spellEnd"/>
            <w:r>
              <w:t>.</w:t>
            </w:r>
          </w:p>
        </w:tc>
      </w:tr>
      <w:tr w:rsidR="00A2020F" w14:paraId="35BC5C4D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E97118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45E24" w14:textId="77777777" w:rsidR="00A2020F" w:rsidRDefault="00627455">
            <w:pPr>
              <w:spacing w:after="0"/>
            </w:pPr>
            <w:r>
              <w:t xml:space="preserve">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f) </w:t>
            </w:r>
            <w:proofErr w:type="spellStart"/>
            <w:r>
              <w:t>pontja</w:t>
            </w:r>
            <w:proofErr w:type="spellEnd"/>
            <w:r>
              <w:t xml:space="preserve">. 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jogos</w:t>
            </w:r>
            <w:proofErr w:type="spellEnd"/>
            <w:r>
              <w:t xml:space="preserve"> </w:t>
            </w:r>
            <w:proofErr w:type="spellStart"/>
            <w:r>
              <w:t>érdeke</w:t>
            </w:r>
            <w:proofErr w:type="spellEnd"/>
            <w:r>
              <w:t xml:space="preserve"> a </w:t>
            </w:r>
            <w:proofErr w:type="spellStart"/>
            <w:r>
              <w:t>szabályos</w:t>
            </w:r>
            <w:proofErr w:type="spellEnd"/>
            <w:r>
              <w:t xml:space="preserve">, </w:t>
            </w:r>
            <w:proofErr w:type="spellStart"/>
            <w:r>
              <w:t>ellenőrizhető</w:t>
            </w:r>
            <w:proofErr w:type="spellEnd"/>
            <w:r>
              <w:t xml:space="preserve">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esetleges</w:t>
            </w:r>
            <w:proofErr w:type="spellEnd"/>
            <w:r>
              <w:t xml:space="preserve"> </w:t>
            </w:r>
            <w:proofErr w:type="spellStart"/>
            <w:r>
              <w:t>jogviták</w:t>
            </w:r>
            <w:proofErr w:type="spellEnd"/>
            <w:r>
              <w:t xml:space="preserve"> </w:t>
            </w:r>
            <w:proofErr w:type="spellStart"/>
            <w:r>
              <w:t>megelőzése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</w:t>
            </w:r>
            <w:proofErr w:type="spellStart"/>
            <w:r>
              <w:t>kezelése</w:t>
            </w:r>
            <w:proofErr w:type="spellEnd"/>
            <w:r>
              <w:t>.</w:t>
            </w:r>
          </w:p>
        </w:tc>
      </w:tr>
      <w:tr w:rsidR="00A2020F" w14:paraId="481BC4DF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2DCBEB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Címzettek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F4B6F5" w14:textId="128E355C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jelölőbizottság</w:t>
            </w:r>
            <w:proofErr w:type="spellEnd"/>
            <w:r>
              <w:t xml:space="preserve"> </w:t>
            </w:r>
            <w:proofErr w:type="spellStart"/>
            <w:r w:rsidR="007A59CB">
              <w:t>és</w:t>
            </w:r>
            <w:proofErr w:type="spellEnd"/>
            <w:r w:rsidR="007A59CB">
              <w:t xml:space="preserve">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bizottság</w:t>
            </w:r>
            <w:proofErr w:type="spellEnd"/>
            <w:r>
              <w:t xml:space="preserve"> </w:t>
            </w:r>
            <w:proofErr w:type="spellStart"/>
            <w:r>
              <w:t>felhatalmazott</w:t>
            </w:r>
            <w:proofErr w:type="spellEnd"/>
            <w:r>
              <w:t xml:space="preserve"> </w:t>
            </w:r>
            <w:proofErr w:type="spellStart"/>
            <w:r>
              <w:t>tagjai</w:t>
            </w:r>
            <w:proofErr w:type="spellEnd"/>
            <w:r w:rsidR="003F2E25">
              <w:t>.</w:t>
            </w:r>
          </w:p>
        </w:tc>
      </w:tr>
      <w:tr w:rsidR="00A2020F" w14:paraId="5342EB52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5C8031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AEC832" w14:textId="72D10B12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határozat</w:t>
            </w:r>
            <w:proofErr w:type="spellEnd"/>
            <w:r>
              <w:t xml:space="preserve"> </w:t>
            </w:r>
            <w:proofErr w:type="spellStart"/>
            <w:r>
              <w:t>meghozatalától</w:t>
            </w:r>
            <w:proofErr w:type="spellEnd"/>
            <w:r>
              <w:t xml:space="preserve"> </w:t>
            </w:r>
            <w:proofErr w:type="spellStart"/>
            <w:r>
              <w:t>számított</w:t>
            </w:r>
            <w:proofErr w:type="spellEnd"/>
            <w:r>
              <w:t xml:space="preserve"> 1 </w:t>
            </w:r>
            <w:proofErr w:type="spellStart"/>
            <w:r>
              <w:t>év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</w:t>
            </w:r>
            <w:proofErr w:type="spellStart"/>
            <w:r>
              <w:t>jogvita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annak</w:t>
            </w:r>
            <w:proofErr w:type="spellEnd"/>
            <w:r>
              <w:t xml:space="preserve"> </w:t>
            </w:r>
            <w:proofErr w:type="spellStart"/>
            <w:r>
              <w:t>jogerős</w:t>
            </w:r>
            <w:proofErr w:type="spellEnd"/>
            <w:r>
              <w:t xml:space="preserve"> </w:t>
            </w:r>
            <w:proofErr w:type="spellStart"/>
            <w:r>
              <w:t>lezárásáig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kapcsolódó</w:t>
            </w:r>
            <w:proofErr w:type="spellEnd"/>
            <w:r>
              <w:t xml:space="preserve"> </w:t>
            </w:r>
            <w:proofErr w:type="spellStart"/>
            <w:r>
              <w:t>igények</w:t>
            </w:r>
            <w:proofErr w:type="spellEnd"/>
            <w:r>
              <w:t xml:space="preserve"> </w:t>
            </w:r>
            <w:proofErr w:type="spellStart"/>
            <w:r>
              <w:t>érvényesíthetőségéig</w:t>
            </w:r>
            <w:proofErr w:type="spellEnd"/>
            <w:r>
              <w:t>.</w:t>
            </w:r>
          </w:p>
        </w:tc>
      </w:tr>
    </w:tbl>
    <w:p w14:paraId="494A9BBB" w14:textId="77777777" w:rsidR="00A2020F" w:rsidRDefault="00A2020F">
      <w:pPr>
        <w:spacing w:after="0"/>
      </w:pPr>
    </w:p>
    <w:p w14:paraId="4E4520D6" w14:textId="77777777" w:rsidR="00A2020F" w:rsidRDefault="00627455">
      <w:pPr>
        <w:pStyle w:val="Cmsor2"/>
      </w:pPr>
      <w:r>
        <w:rPr>
          <w:lang w:val="hu-HU"/>
        </w:rPr>
        <w:t>4.3. A jelöltek bemutatása a szavazásra jogosult tagoknak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59D18FC0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098BA8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F84AD" w14:textId="0552823B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jelölt</w:t>
            </w:r>
            <w:proofErr w:type="spellEnd"/>
            <w:r>
              <w:t xml:space="preserve"> neve; a </w:t>
            </w:r>
            <w:proofErr w:type="spellStart"/>
            <w:r>
              <w:t>megpályázott</w:t>
            </w:r>
            <w:proofErr w:type="spellEnd"/>
            <w:r>
              <w:t xml:space="preserve"> </w:t>
            </w:r>
            <w:proofErr w:type="spellStart"/>
            <w:r>
              <w:t>tisztség</w:t>
            </w:r>
            <w:proofErr w:type="spellEnd"/>
            <w:r>
              <w:t xml:space="preserve">; a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által</w:t>
            </w:r>
            <w:proofErr w:type="spellEnd"/>
            <w:r>
              <w:t xml:space="preserve"> </w:t>
            </w:r>
            <w:proofErr w:type="spellStart"/>
            <w:r>
              <w:t>jóváhagyott</w:t>
            </w:r>
            <w:proofErr w:type="spellEnd"/>
            <w:r>
              <w:t xml:space="preserve"> </w:t>
            </w:r>
            <w:proofErr w:type="spellStart"/>
            <w:r>
              <w:t>rövid</w:t>
            </w:r>
            <w:proofErr w:type="spellEnd"/>
            <w:r>
              <w:t xml:space="preserve"> </w:t>
            </w:r>
            <w:proofErr w:type="spellStart"/>
            <w:r>
              <w:t>bemutatkozás</w:t>
            </w:r>
            <w:proofErr w:type="spellEnd"/>
            <w:r w:rsidR="00625739">
              <w:t xml:space="preserve">, </w:t>
            </w:r>
            <w:proofErr w:type="spellStart"/>
            <w:r w:rsidR="00625739">
              <w:t>illetve</w:t>
            </w:r>
            <w:proofErr w:type="spellEnd"/>
            <w:r w:rsidR="00625739">
              <w:t xml:space="preserve"> </w:t>
            </w:r>
            <w:proofErr w:type="spellStart"/>
            <w:r w:rsidR="00625739">
              <w:t>az</w:t>
            </w:r>
            <w:proofErr w:type="spellEnd"/>
            <w:r w:rsidR="00625739">
              <w:t xml:space="preserve"> </w:t>
            </w:r>
            <w:proofErr w:type="spellStart"/>
            <w:r w:rsidR="00625739">
              <w:t>elnökjelöltek</w:t>
            </w:r>
            <w:proofErr w:type="spellEnd"/>
            <w:r>
              <w:t xml:space="preserve"> </w:t>
            </w:r>
            <w:proofErr w:type="spellStart"/>
            <w:r>
              <w:t>program</w:t>
            </w:r>
            <w:r w:rsidR="00625739">
              <w:t>ja</w:t>
            </w:r>
            <w:proofErr w:type="spellEnd"/>
            <w:r w:rsidR="004D3401">
              <w:t>.</w:t>
            </w:r>
          </w:p>
        </w:tc>
      </w:tr>
      <w:tr w:rsidR="00A2020F" w14:paraId="31D25527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84ADB7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924B8" w14:textId="2DF9A9DF" w:rsidR="00A2020F" w:rsidRDefault="00627455">
            <w:pPr>
              <w:spacing w:after="0"/>
            </w:pPr>
            <w:proofErr w:type="spellStart"/>
            <w:r>
              <w:t>Annak</w:t>
            </w:r>
            <w:proofErr w:type="spellEnd"/>
            <w:r>
              <w:t xml:space="preserve"> </w:t>
            </w:r>
            <w:proofErr w:type="spellStart"/>
            <w:r>
              <w:t>biztosítása</w:t>
            </w:r>
            <w:proofErr w:type="spellEnd"/>
            <w:r>
              <w:t xml:space="preserve">, </w:t>
            </w:r>
            <w:proofErr w:type="spellStart"/>
            <w:r>
              <w:t>hogy</w:t>
            </w:r>
            <w:proofErr w:type="spellEnd"/>
            <w:r>
              <w:t xml:space="preserve"> a </w:t>
            </w:r>
            <w:proofErr w:type="spellStart"/>
            <w:r>
              <w:t>szavazásra</w:t>
            </w:r>
            <w:proofErr w:type="spellEnd"/>
            <w:r>
              <w:t xml:space="preserve"> </w:t>
            </w:r>
            <w:proofErr w:type="spellStart"/>
            <w:r>
              <w:t>jogosult</w:t>
            </w:r>
            <w:proofErr w:type="spellEnd"/>
            <w:r>
              <w:t xml:space="preserve"> </w:t>
            </w:r>
            <w:proofErr w:type="spellStart"/>
            <w:r>
              <w:t>tagok</w:t>
            </w:r>
            <w:proofErr w:type="spellEnd"/>
            <w:r>
              <w:t xml:space="preserve"> a </w:t>
            </w:r>
            <w:proofErr w:type="spellStart"/>
            <w:r>
              <w:t>döntéshez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információt</w:t>
            </w:r>
            <w:proofErr w:type="spellEnd"/>
            <w:r>
              <w:t xml:space="preserve"> </w:t>
            </w:r>
            <w:proofErr w:type="spellStart"/>
            <w:r>
              <w:t>megismerhessék</w:t>
            </w:r>
            <w:proofErr w:type="spellEnd"/>
            <w:r>
              <w:t>.</w:t>
            </w:r>
          </w:p>
        </w:tc>
      </w:tr>
      <w:tr w:rsidR="00A2020F" w14:paraId="0BDD7137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197662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F76CE" w14:textId="2CF6C7F2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név</w:t>
            </w:r>
            <w:proofErr w:type="spellEnd"/>
            <w:r>
              <w:t xml:space="preserve">, a </w:t>
            </w:r>
            <w:proofErr w:type="spellStart"/>
            <w:r>
              <w:t>megpályázott</w:t>
            </w:r>
            <w:proofErr w:type="spellEnd"/>
            <w:r>
              <w:t xml:space="preserve"> </w:t>
            </w:r>
            <w:proofErr w:type="spellStart"/>
            <w:r>
              <w:t>tisztség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döntéshez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rövid</w:t>
            </w:r>
            <w:proofErr w:type="spellEnd"/>
            <w:r>
              <w:t xml:space="preserve">, </w:t>
            </w:r>
            <w:proofErr w:type="spellStart"/>
            <w:r>
              <w:t>tárgyszerű</w:t>
            </w:r>
            <w:proofErr w:type="spellEnd"/>
            <w:r>
              <w:t xml:space="preserve"> </w:t>
            </w:r>
            <w:proofErr w:type="spellStart"/>
            <w:r>
              <w:t>bemutatás</w:t>
            </w:r>
            <w:proofErr w:type="spellEnd"/>
            <w:r>
              <w:t xml:space="preserve"> </w:t>
            </w:r>
            <w:proofErr w:type="spellStart"/>
            <w:r>
              <w:t>tekintetében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f) </w:t>
            </w:r>
            <w:proofErr w:type="spellStart"/>
            <w:r>
              <w:t>pontja</w:t>
            </w:r>
            <w:proofErr w:type="spellEnd"/>
            <w:r>
              <w:t xml:space="preserve">: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tagság</w:t>
            </w:r>
            <w:proofErr w:type="spellEnd"/>
            <w:r>
              <w:t xml:space="preserve"> </w:t>
            </w:r>
            <w:proofErr w:type="spellStart"/>
            <w:r>
              <w:t>jogos</w:t>
            </w:r>
            <w:proofErr w:type="spellEnd"/>
            <w:r>
              <w:t xml:space="preserve"> </w:t>
            </w:r>
            <w:proofErr w:type="spellStart"/>
            <w:r>
              <w:t>érdeke</w:t>
            </w:r>
            <w:proofErr w:type="spellEnd"/>
            <w:r>
              <w:t xml:space="preserve"> a </w:t>
            </w:r>
            <w:proofErr w:type="spellStart"/>
            <w:r>
              <w:t>megalapozott</w:t>
            </w:r>
            <w:proofErr w:type="spellEnd"/>
            <w:r>
              <w:t xml:space="preserve"> </w:t>
            </w:r>
            <w:proofErr w:type="spellStart"/>
            <w:r>
              <w:t>tisztújítás</w:t>
            </w:r>
            <w:proofErr w:type="spellEnd"/>
            <w:r>
              <w:t xml:space="preserve">. </w:t>
            </w:r>
          </w:p>
        </w:tc>
      </w:tr>
      <w:tr w:rsidR="00A2020F" w14:paraId="0AC2AF99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4CFD2F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Közlés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módja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99C260" w14:textId="0C64B51A" w:rsidR="00A2020F" w:rsidRDefault="004D3401">
            <w:pPr>
              <w:spacing w:after="0"/>
            </w:pPr>
            <w:r>
              <w:t xml:space="preserve">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honlapján</w:t>
            </w:r>
            <w:proofErr w:type="spellEnd"/>
            <w:r>
              <w:t>: archivportal.hu</w:t>
            </w:r>
            <w:r w:rsidR="007A59CB">
              <w:t>.</w:t>
            </w:r>
          </w:p>
        </w:tc>
      </w:tr>
      <w:tr w:rsidR="00A2020F" w14:paraId="1E3D01EA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74870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Adatminimalizálás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02D1F3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tagok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kapják</w:t>
            </w:r>
            <w:proofErr w:type="spellEnd"/>
            <w:r>
              <w:t xml:space="preserve"> meg a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lakóhelyét</w:t>
            </w:r>
            <w:proofErr w:type="spellEnd"/>
            <w:r>
              <w:t xml:space="preserve">, </w:t>
            </w:r>
            <w:proofErr w:type="spellStart"/>
            <w:r>
              <w:t>anyja</w:t>
            </w:r>
            <w:proofErr w:type="spellEnd"/>
            <w:r>
              <w:t xml:space="preserve"> </w:t>
            </w:r>
            <w:proofErr w:type="spellStart"/>
            <w:r>
              <w:t>születési</w:t>
            </w:r>
            <w:proofErr w:type="spellEnd"/>
            <w:r>
              <w:t xml:space="preserve"> </w:t>
            </w:r>
            <w:proofErr w:type="spellStart"/>
            <w:r>
              <w:t>nevét</w:t>
            </w:r>
            <w:proofErr w:type="spellEnd"/>
            <w:r>
              <w:t xml:space="preserve">, </w:t>
            </w:r>
            <w:proofErr w:type="spellStart"/>
            <w:r>
              <w:t>magán-elérhetőségeit</w:t>
            </w:r>
            <w:proofErr w:type="spellEnd"/>
            <w:r>
              <w:t xml:space="preserve">, </w:t>
            </w:r>
            <w:proofErr w:type="spellStart"/>
            <w:r>
              <w:t>aláírását</w:t>
            </w:r>
            <w:proofErr w:type="spellEnd"/>
            <w:r>
              <w:t xml:space="preserve">, </w:t>
            </w:r>
            <w:proofErr w:type="spellStart"/>
            <w:r>
              <w:t>azonosító</w:t>
            </w:r>
            <w:proofErr w:type="spellEnd"/>
            <w:r>
              <w:t xml:space="preserve"> </w:t>
            </w:r>
            <w:proofErr w:type="spellStart"/>
            <w:r>
              <w:t>okmányának</w:t>
            </w:r>
            <w:proofErr w:type="spellEnd"/>
            <w:r>
              <w:t xml:space="preserve"> </w:t>
            </w:r>
            <w:proofErr w:type="spellStart"/>
            <w:r>
              <w:t>adatát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a </w:t>
            </w:r>
            <w:proofErr w:type="spellStart"/>
            <w:r>
              <w:t>kizáró</w:t>
            </w:r>
            <w:proofErr w:type="spellEnd"/>
            <w:r>
              <w:t xml:space="preserve"> okra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nyilatkozat</w:t>
            </w:r>
            <w:proofErr w:type="spellEnd"/>
            <w:r>
              <w:t xml:space="preserve"> </w:t>
            </w:r>
            <w:proofErr w:type="spellStart"/>
            <w:r>
              <w:t>részleteit</w:t>
            </w:r>
            <w:proofErr w:type="spellEnd"/>
            <w:r>
              <w:t>.</w:t>
            </w:r>
          </w:p>
        </w:tc>
      </w:tr>
      <w:tr w:rsidR="00A2020F" w14:paraId="051DB9BE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7F2F0D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3CC351" w14:textId="039D8508" w:rsidR="00A2020F" w:rsidRDefault="00627455">
            <w:pPr>
              <w:spacing w:after="0"/>
            </w:pPr>
            <w:r>
              <w:t xml:space="preserve">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által</w:t>
            </w:r>
            <w:proofErr w:type="spellEnd"/>
            <w:r>
              <w:t xml:space="preserve"> </w:t>
            </w:r>
            <w:proofErr w:type="spellStart"/>
            <w:r>
              <w:t>kezelt</w:t>
            </w:r>
            <w:proofErr w:type="spellEnd"/>
            <w:r>
              <w:t xml:space="preserve"> </w:t>
            </w:r>
            <w:proofErr w:type="spellStart"/>
            <w:r>
              <w:t>külön</w:t>
            </w:r>
            <w:proofErr w:type="spellEnd"/>
            <w:r>
              <w:t xml:space="preserve"> </w:t>
            </w:r>
            <w:proofErr w:type="spellStart"/>
            <w:r>
              <w:t>bemutatkozó</w:t>
            </w:r>
            <w:proofErr w:type="spellEnd"/>
            <w:r>
              <w:t xml:space="preserve"> </w:t>
            </w:r>
            <w:proofErr w:type="spellStart"/>
            <w:r>
              <w:t>anyagokat</w:t>
            </w:r>
            <w:proofErr w:type="spellEnd"/>
            <w:r>
              <w:t xml:space="preserve"> a </w:t>
            </w:r>
            <w:proofErr w:type="spellStart"/>
            <w:r>
              <w:t>választás</w:t>
            </w:r>
            <w:proofErr w:type="spellEnd"/>
            <w:r>
              <w:t xml:space="preserve"> </w:t>
            </w:r>
            <w:proofErr w:type="spellStart"/>
            <w:r>
              <w:t>lezárását</w:t>
            </w:r>
            <w:proofErr w:type="spellEnd"/>
            <w:r>
              <w:t xml:space="preserve"> </w:t>
            </w:r>
            <w:proofErr w:type="spellStart"/>
            <w:r>
              <w:t>követő</w:t>
            </w:r>
            <w:proofErr w:type="spellEnd"/>
            <w:r w:rsidR="004D3401">
              <w:t xml:space="preserve"> 30</w:t>
            </w:r>
            <w:r w:rsidR="003F2E25">
              <w:t>.</w:t>
            </w:r>
            <w:r w:rsidR="004D3401">
              <w:t xml:space="preserve"> nap</w:t>
            </w:r>
            <w:r w:rsidR="003F2E25">
              <w:t xml:space="preserve"> </w:t>
            </w:r>
            <w:proofErr w:type="spellStart"/>
            <w:r w:rsidR="003F2E25">
              <w:t>után</w:t>
            </w:r>
            <w:proofErr w:type="spellEnd"/>
            <w:r>
              <w:t xml:space="preserve"> </w:t>
            </w:r>
            <w:proofErr w:type="spellStart"/>
            <w:r>
              <w:t>törli</w:t>
            </w:r>
            <w:proofErr w:type="spellEnd"/>
            <w:r>
              <w:t xml:space="preserve">. A </w:t>
            </w:r>
            <w:proofErr w:type="spellStart"/>
            <w:r>
              <w:t>jegyzőkönyvbe</w:t>
            </w:r>
            <w:proofErr w:type="spellEnd"/>
            <w:r>
              <w:t xml:space="preserve"> </w:t>
            </w:r>
            <w:proofErr w:type="spellStart"/>
            <w:r>
              <w:t>került</w:t>
            </w:r>
            <w:proofErr w:type="spellEnd"/>
            <w:r>
              <w:t xml:space="preserve"> </w:t>
            </w:r>
            <w:proofErr w:type="spellStart"/>
            <w:r>
              <w:t>adatokra</w:t>
            </w:r>
            <w:proofErr w:type="spellEnd"/>
            <w:r>
              <w:t xml:space="preserve"> a </w:t>
            </w:r>
            <w:r w:rsidR="005B3AD6">
              <w:rPr>
                <w:lang w:val="hu-HU"/>
              </w:rPr>
              <w:t>közgyűlés, a szavazás és a választási eredmény dokumentálása</w:t>
            </w:r>
            <w:r w:rsidR="005B3AD6">
              <w:t xml:space="preserve"> </w:t>
            </w:r>
            <w:proofErr w:type="spellStart"/>
            <w:r>
              <w:t>pont</w:t>
            </w:r>
            <w:r w:rsidR="005B3AD6">
              <w:t>ban</w:t>
            </w:r>
            <w:proofErr w:type="spellEnd"/>
            <w:r w:rsidR="005B3AD6">
              <w:t xml:space="preserve"> </w:t>
            </w:r>
            <w:proofErr w:type="spellStart"/>
            <w:r w:rsidR="005B3AD6">
              <w:t>foglaltak</w:t>
            </w:r>
            <w:proofErr w:type="spellEnd"/>
            <w:r>
              <w:t xml:space="preserve"> </w:t>
            </w:r>
            <w:proofErr w:type="spellStart"/>
            <w:r>
              <w:t>irányadó</w:t>
            </w:r>
            <w:r w:rsidR="005B3AD6">
              <w:t>ak</w:t>
            </w:r>
            <w:proofErr w:type="spellEnd"/>
            <w:r>
              <w:t>.</w:t>
            </w:r>
          </w:p>
        </w:tc>
      </w:tr>
    </w:tbl>
    <w:p w14:paraId="606B7428" w14:textId="77777777" w:rsidR="00A2020F" w:rsidRDefault="00A2020F">
      <w:pPr>
        <w:spacing w:after="0"/>
      </w:pPr>
    </w:p>
    <w:p w14:paraId="33D7538D" w14:textId="77777777" w:rsidR="00A2020F" w:rsidRDefault="00A2020F">
      <w:pPr>
        <w:spacing w:after="0"/>
      </w:pPr>
    </w:p>
    <w:p w14:paraId="66AD13C0" w14:textId="0068367E" w:rsidR="00A2020F" w:rsidRDefault="00627455">
      <w:pPr>
        <w:pStyle w:val="Cmsor2"/>
      </w:pPr>
      <w:r>
        <w:rPr>
          <w:lang w:val="hu-HU"/>
        </w:rPr>
        <w:t>4.</w:t>
      </w:r>
      <w:r w:rsidR="001E2D3E">
        <w:rPr>
          <w:lang w:val="hu-HU"/>
        </w:rPr>
        <w:t>4</w:t>
      </w:r>
      <w:r>
        <w:rPr>
          <w:lang w:val="hu-HU"/>
        </w:rPr>
        <w:t>. A közgyűlés, a szavazás és a választási eredmény dokumentálása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776B8F2E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DB8A30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11A52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jelöltek</w:t>
            </w:r>
            <w:proofErr w:type="spellEnd"/>
            <w:r>
              <w:t xml:space="preserve"> neve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megpályázott</w:t>
            </w:r>
            <w:proofErr w:type="spellEnd"/>
            <w:r>
              <w:t xml:space="preserve"> </w:t>
            </w:r>
            <w:proofErr w:type="spellStart"/>
            <w:r>
              <w:t>tisztség</w:t>
            </w:r>
            <w:proofErr w:type="spellEnd"/>
            <w:r>
              <w:t xml:space="preserve">; a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visszalépés</w:t>
            </w:r>
            <w:proofErr w:type="spellEnd"/>
            <w:r>
              <w:t xml:space="preserve"> </w:t>
            </w:r>
            <w:proofErr w:type="spellStart"/>
            <w:r>
              <w:t>ténye</w:t>
            </w:r>
            <w:proofErr w:type="spellEnd"/>
            <w:r>
              <w:t xml:space="preserve">; a </w:t>
            </w:r>
            <w:proofErr w:type="spellStart"/>
            <w:r>
              <w:t>szavazás</w:t>
            </w:r>
            <w:proofErr w:type="spellEnd"/>
            <w:r>
              <w:t xml:space="preserve"> </w:t>
            </w:r>
            <w:proofErr w:type="spellStart"/>
            <w:r>
              <w:t>eredménye</w:t>
            </w:r>
            <w:proofErr w:type="spellEnd"/>
            <w:r>
              <w:t xml:space="preserve">; a </w:t>
            </w:r>
            <w:proofErr w:type="spellStart"/>
            <w:r>
              <w:t>megválasztott</w:t>
            </w:r>
            <w:proofErr w:type="spellEnd"/>
            <w:r>
              <w:t xml:space="preserve"> </w:t>
            </w:r>
            <w:proofErr w:type="spellStart"/>
            <w:r>
              <w:t>személy</w:t>
            </w:r>
            <w:proofErr w:type="spellEnd"/>
            <w:r>
              <w:t xml:space="preserve"> neve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tisztsége</w:t>
            </w:r>
            <w:proofErr w:type="spellEnd"/>
            <w:r>
              <w:t xml:space="preserve">; a </w:t>
            </w:r>
            <w:proofErr w:type="spellStart"/>
            <w:r>
              <w:t>jegyzőkönyvben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nyilatkozatok</w:t>
            </w:r>
            <w:proofErr w:type="spellEnd"/>
            <w:r>
              <w:t xml:space="preserve">; a </w:t>
            </w:r>
            <w:proofErr w:type="spellStart"/>
            <w:r>
              <w:t>jegyzőkönyvvezető</w:t>
            </w:r>
            <w:proofErr w:type="spellEnd"/>
            <w:r>
              <w:t xml:space="preserve">, </w:t>
            </w:r>
            <w:proofErr w:type="spellStart"/>
            <w:r>
              <w:t>levezető</w:t>
            </w:r>
            <w:proofErr w:type="spellEnd"/>
            <w:r>
              <w:t xml:space="preserve"> </w:t>
            </w:r>
            <w:proofErr w:type="spellStart"/>
            <w:r>
              <w:t>elnök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hitelesítő</w:t>
            </w:r>
            <w:proofErr w:type="spellEnd"/>
            <w:r>
              <w:t xml:space="preserve"> neve. </w:t>
            </w:r>
            <w:proofErr w:type="spellStart"/>
            <w:r>
              <w:t>Titkos</w:t>
            </w:r>
            <w:proofErr w:type="spellEnd"/>
            <w:r>
              <w:t xml:space="preserve"> </w:t>
            </w:r>
            <w:proofErr w:type="spellStart"/>
            <w:r>
              <w:t>szavazás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kapcsolja</w:t>
            </w:r>
            <w:proofErr w:type="spellEnd"/>
            <w:r>
              <w:t xml:space="preserve"> </w:t>
            </w:r>
            <w:proofErr w:type="spellStart"/>
            <w:r>
              <w:t>össze</w:t>
            </w:r>
            <w:proofErr w:type="spellEnd"/>
            <w:r>
              <w:t xml:space="preserve"> a </w:t>
            </w:r>
            <w:proofErr w:type="spellStart"/>
            <w:r>
              <w:t>leadott</w:t>
            </w:r>
            <w:proofErr w:type="spellEnd"/>
            <w:r>
              <w:t xml:space="preserve"> </w:t>
            </w:r>
            <w:proofErr w:type="spellStart"/>
            <w:r>
              <w:t>szavazatot</w:t>
            </w:r>
            <w:proofErr w:type="spellEnd"/>
            <w:r>
              <w:t xml:space="preserve"> a </w:t>
            </w:r>
            <w:proofErr w:type="spellStart"/>
            <w:r>
              <w:t>szavazó</w:t>
            </w:r>
            <w:proofErr w:type="spellEnd"/>
            <w:r>
              <w:t xml:space="preserve"> </w:t>
            </w:r>
            <w:proofErr w:type="spellStart"/>
            <w:r>
              <w:t>személyével</w:t>
            </w:r>
            <w:proofErr w:type="spellEnd"/>
            <w:r>
              <w:t>.</w:t>
            </w:r>
          </w:p>
        </w:tc>
      </w:tr>
      <w:tr w:rsidR="00A2020F" w14:paraId="7C3CFE61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60DE47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lastRenderedPageBreak/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C52B0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közgyűlés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eredmény</w:t>
            </w:r>
            <w:proofErr w:type="spellEnd"/>
            <w:r>
              <w:t xml:space="preserve"> </w:t>
            </w:r>
            <w:proofErr w:type="spellStart"/>
            <w:r>
              <w:t>jogszerű</w:t>
            </w:r>
            <w:proofErr w:type="spellEnd"/>
            <w:r>
              <w:t xml:space="preserve"> </w:t>
            </w:r>
            <w:proofErr w:type="spellStart"/>
            <w:r>
              <w:t>dokumentálása</w:t>
            </w:r>
            <w:proofErr w:type="spellEnd"/>
            <w:r>
              <w:t xml:space="preserve">;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egyesületi</w:t>
            </w:r>
            <w:proofErr w:type="spellEnd"/>
            <w:r>
              <w:t xml:space="preserve"> </w:t>
            </w:r>
            <w:proofErr w:type="spellStart"/>
            <w:r>
              <w:t>határozatok</w:t>
            </w:r>
            <w:proofErr w:type="spellEnd"/>
            <w:r>
              <w:t xml:space="preserve"> </w:t>
            </w:r>
            <w:proofErr w:type="spellStart"/>
            <w:r>
              <w:t>nyilvántartása</w:t>
            </w:r>
            <w:proofErr w:type="spellEnd"/>
            <w:r>
              <w:t xml:space="preserve">; a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utólagos</w:t>
            </w:r>
            <w:proofErr w:type="spellEnd"/>
            <w:r>
              <w:t xml:space="preserve"> </w:t>
            </w:r>
            <w:proofErr w:type="spellStart"/>
            <w:r>
              <w:t>ellenőrizhetősége</w:t>
            </w:r>
            <w:proofErr w:type="spellEnd"/>
            <w:r>
              <w:t>.</w:t>
            </w:r>
          </w:p>
        </w:tc>
      </w:tr>
      <w:tr w:rsidR="00A2020F" w14:paraId="71E5F7A0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F7C447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1A725" w14:textId="77777777" w:rsidR="00A2020F" w:rsidRDefault="00627455">
            <w:pPr>
              <w:spacing w:after="0"/>
            </w:pPr>
            <w:r>
              <w:t xml:space="preserve">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c) </w:t>
            </w:r>
            <w:proofErr w:type="spellStart"/>
            <w:r>
              <w:t>pontja</w:t>
            </w:r>
            <w:proofErr w:type="spellEnd"/>
            <w:r>
              <w:t xml:space="preserve">, </w:t>
            </w:r>
            <w:proofErr w:type="spellStart"/>
            <w:r>
              <w:t>különösen</w:t>
            </w:r>
            <w:proofErr w:type="spellEnd"/>
            <w:r>
              <w:t xml:space="preserve"> a </w:t>
            </w:r>
            <w:proofErr w:type="spellStart"/>
            <w:r>
              <w:t>Ptk</w:t>
            </w:r>
            <w:proofErr w:type="spellEnd"/>
            <w:r>
              <w:t xml:space="preserve">. 3:75. § és 3:80. § j)–k) </w:t>
            </w:r>
            <w:proofErr w:type="spellStart"/>
            <w:r>
              <w:t>pontja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</w:t>
            </w:r>
            <w:proofErr w:type="spellStart"/>
            <w:r>
              <w:t>fennálló</w:t>
            </w:r>
            <w:proofErr w:type="spellEnd"/>
            <w:r>
              <w:t xml:space="preserve"> </w:t>
            </w:r>
            <w:proofErr w:type="spellStart"/>
            <w:r>
              <w:t>dokumentálási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iratmegőrzési</w:t>
            </w:r>
            <w:proofErr w:type="spellEnd"/>
            <w:r>
              <w:t xml:space="preserve"> </w:t>
            </w:r>
            <w:proofErr w:type="spellStart"/>
            <w:r>
              <w:t>kötelezettség</w:t>
            </w:r>
            <w:proofErr w:type="spellEnd"/>
            <w:r>
              <w:t xml:space="preserve"> </w:t>
            </w:r>
            <w:proofErr w:type="spellStart"/>
            <w:r>
              <w:t>teljesítése</w:t>
            </w:r>
            <w:proofErr w:type="spellEnd"/>
            <w:r>
              <w:t>.</w:t>
            </w:r>
          </w:p>
        </w:tc>
      </w:tr>
      <w:tr w:rsidR="00A2020F" w14:paraId="5AAB9A2A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9B661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Címzettek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B66773" w14:textId="77777777" w:rsidR="00A2020F" w:rsidRDefault="00627455">
            <w:pPr>
              <w:spacing w:after="0"/>
            </w:pPr>
            <w:r>
              <w:t xml:space="preserve">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felhatalmazott</w:t>
            </w:r>
            <w:proofErr w:type="spellEnd"/>
            <w:r>
              <w:t xml:space="preserve"> </w:t>
            </w:r>
            <w:proofErr w:type="spellStart"/>
            <w:r>
              <w:t>tisztségviselői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munkatársai</w:t>
            </w:r>
            <w:proofErr w:type="spellEnd"/>
            <w:r>
              <w:t xml:space="preserve">; a </w:t>
            </w:r>
            <w:proofErr w:type="spellStart"/>
            <w:r>
              <w:t>tagok</w:t>
            </w:r>
            <w:proofErr w:type="spellEnd"/>
            <w:r>
              <w:t xml:space="preserve"> a </w:t>
            </w:r>
            <w:proofErr w:type="spellStart"/>
            <w:r>
              <w:t>Ptk</w:t>
            </w:r>
            <w:proofErr w:type="spellEnd"/>
            <w:r>
              <w:t xml:space="preserve">.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alapszabály</w:t>
            </w:r>
            <w:proofErr w:type="spellEnd"/>
            <w:r>
              <w:t xml:space="preserve"> </w:t>
            </w:r>
            <w:proofErr w:type="spellStart"/>
            <w:r>
              <w:t>szerinti</w:t>
            </w:r>
            <w:proofErr w:type="spellEnd"/>
            <w:r>
              <w:t xml:space="preserve"> </w:t>
            </w:r>
            <w:proofErr w:type="spellStart"/>
            <w:r>
              <w:t>iratbetekintési</w:t>
            </w:r>
            <w:proofErr w:type="spellEnd"/>
            <w:r>
              <w:t xml:space="preserve"> </w:t>
            </w:r>
            <w:proofErr w:type="spellStart"/>
            <w:r>
              <w:t>joguk</w:t>
            </w:r>
            <w:proofErr w:type="spellEnd"/>
            <w:r>
              <w:t xml:space="preserve"> </w:t>
            </w:r>
            <w:proofErr w:type="spellStart"/>
            <w:r>
              <w:t>keretében</w:t>
            </w:r>
            <w:proofErr w:type="spellEnd"/>
            <w:r>
              <w:t xml:space="preserve">; </w:t>
            </w:r>
            <w:proofErr w:type="spellStart"/>
            <w:r>
              <w:t>jogi</w:t>
            </w:r>
            <w:proofErr w:type="spellEnd"/>
            <w:r>
              <w:t xml:space="preserve"> </w:t>
            </w:r>
            <w:proofErr w:type="spellStart"/>
            <w:r>
              <w:t>képviselő</w:t>
            </w:r>
            <w:proofErr w:type="spellEnd"/>
            <w:r>
              <w:t xml:space="preserve">; </w:t>
            </w:r>
            <w:proofErr w:type="spellStart"/>
            <w:r>
              <w:t>bíróság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hatóság</w:t>
            </w:r>
            <w:proofErr w:type="spellEnd"/>
            <w:r>
              <w:t xml:space="preserve"> </w:t>
            </w:r>
            <w:proofErr w:type="spellStart"/>
            <w:r>
              <w:t>törvényes</w:t>
            </w:r>
            <w:proofErr w:type="spellEnd"/>
            <w:r>
              <w:t xml:space="preserve"> </w:t>
            </w:r>
            <w:proofErr w:type="spellStart"/>
            <w:r>
              <w:t>megkeresés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>.</w:t>
            </w:r>
          </w:p>
        </w:tc>
      </w:tr>
      <w:tr w:rsidR="00A2020F" w14:paraId="66E303D4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632F9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E3BA6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közgyűlési</w:t>
            </w:r>
            <w:proofErr w:type="spellEnd"/>
            <w:r>
              <w:t xml:space="preserve"> </w:t>
            </w:r>
            <w:proofErr w:type="spellStart"/>
            <w:r>
              <w:t>jegyzőkönyvet</w:t>
            </w:r>
            <w:proofErr w:type="spellEnd"/>
            <w:r>
              <w:t xml:space="preserve">, </w:t>
            </w:r>
            <w:proofErr w:type="spellStart"/>
            <w:r>
              <w:t>jelenléti</w:t>
            </w:r>
            <w:proofErr w:type="spellEnd"/>
            <w:r>
              <w:t xml:space="preserve"> </w:t>
            </w:r>
            <w:proofErr w:type="spellStart"/>
            <w:r>
              <w:t>ívet</w:t>
            </w:r>
            <w:proofErr w:type="spellEnd"/>
            <w:r>
              <w:t xml:space="preserve">, </w:t>
            </w:r>
            <w:proofErr w:type="spellStart"/>
            <w:r>
              <w:t>határozatokat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működési</w:t>
            </w:r>
            <w:proofErr w:type="spellEnd"/>
            <w:r>
              <w:t xml:space="preserve"> </w:t>
            </w:r>
            <w:proofErr w:type="spellStart"/>
            <w:r>
              <w:t>iratait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a </w:t>
            </w:r>
            <w:proofErr w:type="spellStart"/>
            <w:r>
              <w:t>jogszabály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iratkezelési</w:t>
            </w:r>
            <w:proofErr w:type="spellEnd"/>
            <w:r>
              <w:t xml:space="preserve"> </w:t>
            </w:r>
            <w:proofErr w:type="spellStart"/>
            <w:r>
              <w:t>rendje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 xml:space="preserve">, </w:t>
            </w:r>
            <w:proofErr w:type="spellStart"/>
            <w:r>
              <w:t>főszabály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fennállása</w:t>
            </w:r>
            <w:proofErr w:type="spellEnd"/>
            <w:r>
              <w:t xml:space="preserve"> </w:t>
            </w:r>
            <w:proofErr w:type="spellStart"/>
            <w:r>
              <w:t>alatt</w:t>
            </w:r>
            <w:proofErr w:type="spellEnd"/>
            <w:r>
              <w:t xml:space="preserve"> </w:t>
            </w:r>
            <w:proofErr w:type="spellStart"/>
            <w:r>
              <w:t>megőrzi</w:t>
            </w:r>
            <w:proofErr w:type="spellEnd"/>
            <w:r>
              <w:t xml:space="preserve">, </w:t>
            </w:r>
            <w:proofErr w:type="spellStart"/>
            <w:r>
              <w:t>majd</w:t>
            </w:r>
            <w:proofErr w:type="spellEnd"/>
            <w:r>
              <w:t xml:space="preserve"> </w:t>
            </w:r>
            <w:proofErr w:type="spellStart"/>
            <w:r>
              <w:t>megszűnés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iratátadásra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további</w:t>
            </w:r>
            <w:proofErr w:type="spellEnd"/>
            <w:r>
              <w:t xml:space="preserve"> </w:t>
            </w:r>
            <w:proofErr w:type="spellStart"/>
            <w:r>
              <w:t>őrzésre</w:t>
            </w:r>
            <w:proofErr w:type="spellEnd"/>
            <w:r>
              <w:t xml:space="preserve"> </w:t>
            </w:r>
            <w:proofErr w:type="spellStart"/>
            <w:r>
              <w:t>irányadó</w:t>
            </w:r>
            <w:proofErr w:type="spellEnd"/>
            <w:r>
              <w:t xml:space="preserve"> </w:t>
            </w:r>
            <w:proofErr w:type="spellStart"/>
            <w:r>
              <w:t>szabályokat</w:t>
            </w:r>
            <w:proofErr w:type="spellEnd"/>
            <w:r>
              <w:t xml:space="preserve"> </w:t>
            </w:r>
            <w:proofErr w:type="spellStart"/>
            <w:r>
              <w:t>alkalmazza</w:t>
            </w:r>
            <w:proofErr w:type="spellEnd"/>
            <w:r>
              <w:t>.</w:t>
            </w:r>
          </w:p>
        </w:tc>
      </w:tr>
    </w:tbl>
    <w:p w14:paraId="2E16C285" w14:textId="77777777" w:rsidR="00A2020F" w:rsidRDefault="00A2020F">
      <w:pPr>
        <w:spacing w:after="0"/>
      </w:pPr>
    </w:p>
    <w:p w14:paraId="3A312E60" w14:textId="2FA623B6" w:rsidR="00A2020F" w:rsidRDefault="00627455">
      <w:pPr>
        <w:pStyle w:val="Cmsor2"/>
      </w:pPr>
      <w:r>
        <w:rPr>
          <w:lang w:val="hu-HU"/>
        </w:rPr>
        <w:t>4.</w:t>
      </w:r>
      <w:r w:rsidR="001E2D3E">
        <w:rPr>
          <w:lang w:val="hu-HU"/>
        </w:rPr>
        <w:t>5</w:t>
      </w:r>
      <w:r>
        <w:rPr>
          <w:lang w:val="hu-HU"/>
        </w:rPr>
        <w:t>. A megválasztott tisztségviselő bírósági változásbejegyzése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751810D9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CCEC59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Érintettek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93D325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megválasztott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tisztséget</w:t>
            </w:r>
            <w:proofErr w:type="spellEnd"/>
            <w:r>
              <w:t xml:space="preserve"> </w:t>
            </w:r>
            <w:proofErr w:type="spellStart"/>
            <w:r>
              <w:t>elfogadó</w:t>
            </w:r>
            <w:proofErr w:type="spellEnd"/>
            <w:r>
              <w:t xml:space="preserve"> </w:t>
            </w:r>
            <w:proofErr w:type="spellStart"/>
            <w:r>
              <w:t>vezető</w:t>
            </w:r>
            <w:proofErr w:type="spellEnd"/>
            <w:r>
              <w:t xml:space="preserve"> </w:t>
            </w:r>
            <w:proofErr w:type="spellStart"/>
            <w:r>
              <w:t>tisztségviselők</w:t>
            </w:r>
            <w:proofErr w:type="spellEnd"/>
            <w:r>
              <w:t xml:space="preserve">, </w:t>
            </w:r>
            <w:proofErr w:type="spellStart"/>
            <w:r>
              <w:t>képviselők</w:t>
            </w:r>
            <w:proofErr w:type="spellEnd"/>
            <w:r>
              <w:t xml:space="preserve">, </w:t>
            </w:r>
            <w:proofErr w:type="spellStart"/>
            <w:r>
              <w:t>valamint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adott</w:t>
            </w:r>
            <w:proofErr w:type="spellEnd"/>
            <w:r>
              <w:t xml:space="preserve"> </w:t>
            </w:r>
            <w:proofErr w:type="spellStart"/>
            <w:r>
              <w:t>eljárásban</w:t>
            </w:r>
            <w:proofErr w:type="spellEnd"/>
            <w:r>
              <w:t xml:space="preserve"> </w:t>
            </w:r>
            <w:proofErr w:type="spellStart"/>
            <w:r>
              <w:t>bejelentendő</w:t>
            </w:r>
            <w:proofErr w:type="spellEnd"/>
            <w:r>
              <w:t xml:space="preserve"> </w:t>
            </w:r>
            <w:proofErr w:type="spellStart"/>
            <w:r>
              <w:t>egyéb</w:t>
            </w:r>
            <w:proofErr w:type="spellEnd"/>
            <w:r>
              <w:t xml:space="preserve"> </w:t>
            </w:r>
            <w:proofErr w:type="spellStart"/>
            <w:r>
              <w:t>tisztségviselők</w:t>
            </w:r>
            <w:proofErr w:type="spellEnd"/>
            <w:r>
              <w:t>.</w:t>
            </w:r>
          </w:p>
        </w:tc>
      </w:tr>
      <w:tr w:rsidR="00A2020F" w14:paraId="31C7B53F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4B4FF1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694CF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változásbejegyzési</w:t>
            </w:r>
            <w:proofErr w:type="spellEnd"/>
            <w:r>
              <w:t xml:space="preserve"> </w:t>
            </w:r>
            <w:proofErr w:type="spellStart"/>
            <w:r>
              <w:t>eljáráshoz</w:t>
            </w:r>
            <w:proofErr w:type="spellEnd"/>
            <w:r>
              <w:t xml:space="preserve"> </w:t>
            </w:r>
            <w:proofErr w:type="spellStart"/>
            <w:r>
              <w:t>előírt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, </w:t>
            </w:r>
            <w:proofErr w:type="spellStart"/>
            <w:r>
              <w:t>különösen</w:t>
            </w:r>
            <w:proofErr w:type="spellEnd"/>
            <w:r>
              <w:t xml:space="preserve">: </w:t>
            </w:r>
            <w:proofErr w:type="spellStart"/>
            <w:r>
              <w:t>név</w:t>
            </w:r>
            <w:proofErr w:type="spellEnd"/>
            <w:r>
              <w:t xml:space="preserve">, </w:t>
            </w:r>
            <w:proofErr w:type="spellStart"/>
            <w:r>
              <w:t>lakóhely</w:t>
            </w:r>
            <w:proofErr w:type="spellEnd"/>
            <w:r>
              <w:t xml:space="preserve">, </w:t>
            </w:r>
            <w:proofErr w:type="spellStart"/>
            <w:r>
              <w:t>anyja</w:t>
            </w:r>
            <w:proofErr w:type="spellEnd"/>
            <w:r>
              <w:t xml:space="preserve"> </w:t>
            </w:r>
            <w:proofErr w:type="spellStart"/>
            <w:r>
              <w:t>születési</w:t>
            </w:r>
            <w:proofErr w:type="spellEnd"/>
            <w:r>
              <w:t xml:space="preserve"> neve, </w:t>
            </w:r>
            <w:proofErr w:type="spellStart"/>
            <w:r>
              <w:t>tisztség</w:t>
            </w:r>
            <w:proofErr w:type="spellEnd"/>
            <w:r>
              <w:t xml:space="preserve">, a </w:t>
            </w:r>
            <w:proofErr w:type="spellStart"/>
            <w:r>
              <w:t>megbízatás</w:t>
            </w:r>
            <w:proofErr w:type="spellEnd"/>
            <w:r>
              <w:t xml:space="preserve"> </w:t>
            </w:r>
            <w:proofErr w:type="spellStart"/>
            <w:r>
              <w:t>kezdete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– </w:t>
            </w:r>
            <w:proofErr w:type="spellStart"/>
            <w:r>
              <w:t>határozott</w:t>
            </w:r>
            <w:proofErr w:type="spellEnd"/>
            <w:r>
              <w:t xml:space="preserve"> </w:t>
            </w:r>
            <w:proofErr w:type="spellStart"/>
            <w:r>
              <w:t>idő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– </w:t>
            </w:r>
            <w:proofErr w:type="spellStart"/>
            <w:r>
              <w:t>vége</w:t>
            </w:r>
            <w:proofErr w:type="spellEnd"/>
            <w:r>
              <w:t xml:space="preserve">, a </w:t>
            </w:r>
            <w:proofErr w:type="spellStart"/>
            <w:r>
              <w:t>képviseleti</w:t>
            </w:r>
            <w:proofErr w:type="spellEnd"/>
            <w:r>
              <w:t xml:space="preserve"> jog </w:t>
            </w:r>
            <w:proofErr w:type="spellStart"/>
            <w:r>
              <w:t>módja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terjedelme</w:t>
            </w:r>
            <w:proofErr w:type="spellEnd"/>
            <w:r>
              <w:t xml:space="preserve">, </w:t>
            </w:r>
            <w:proofErr w:type="spellStart"/>
            <w:r>
              <w:t>tisztségelfogadó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kizáró</w:t>
            </w:r>
            <w:proofErr w:type="spellEnd"/>
            <w:r>
              <w:t xml:space="preserve"> ok </w:t>
            </w:r>
            <w:proofErr w:type="spellStart"/>
            <w:r>
              <w:t>hiányára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nyilatkozat</w:t>
            </w:r>
            <w:proofErr w:type="spellEnd"/>
            <w:r>
              <w:t xml:space="preserve">, </w:t>
            </w:r>
            <w:proofErr w:type="spellStart"/>
            <w:r>
              <w:t>aláírás</w:t>
            </w:r>
            <w:proofErr w:type="spellEnd"/>
            <w:r>
              <w:t xml:space="preserve">, </w:t>
            </w:r>
            <w:proofErr w:type="spellStart"/>
            <w:r>
              <w:t>valamint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űrlap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mellékletei</w:t>
            </w:r>
            <w:proofErr w:type="spellEnd"/>
            <w:r>
              <w:t xml:space="preserve"> </w:t>
            </w:r>
            <w:proofErr w:type="spellStart"/>
            <w:r>
              <w:t>szerinti</w:t>
            </w:r>
            <w:proofErr w:type="spellEnd"/>
            <w:r>
              <w:t xml:space="preserve"> </w:t>
            </w:r>
            <w:proofErr w:type="spellStart"/>
            <w:r>
              <w:t>további</w:t>
            </w:r>
            <w:proofErr w:type="spellEnd"/>
            <w:r>
              <w:t xml:space="preserve"> </w:t>
            </w:r>
            <w:proofErr w:type="spellStart"/>
            <w:r>
              <w:t>kötelező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>.</w:t>
            </w:r>
          </w:p>
        </w:tc>
      </w:tr>
      <w:tr w:rsidR="00A2020F" w14:paraId="41215C11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8108E1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E7528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megválasztott</w:t>
            </w:r>
            <w:proofErr w:type="spellEnd"/>
            <w:r>
              <w:t xml:space="preserve"> </w:t>
            </w:r>
            <w:proofErr w:type="spellStart"/>
            <w:r>
              <w:t>tisztségviselő</w:t>
            </w:r>
            <w:proofErr w:type="spellEnd"/>
            <w:r>
              <w:t xml:space="preserve"> </w:t>
            </w:r>
            <w:proofErr w:type="spellStart"/>
            <w:r>
              <w:t>nyilvántartásba</w:t>
            </w:r>
            <w:proofErr w:type="spellEnd"/>
            <w:r>
              <w:t xml:space="preserve"> </w:t>
            </w:r>
            <w:proofErr w:type="spellStart"/>
            <w:r>
              <w:t>vétele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nyilvántartási</w:t>
            </w:r>
            <w:proofErr w:type="spellEnd"/>
            <w:r>
              <w:t xml:space="preserve"> </w:t>
            </w:r>
            <w:proofErr w:type="spellStart"/>
            <w:r>
              <w:t>adatainak</w:t>
            </w:r>
            <w:proofErr w:type="spellEnd"/>
            <w:r>
              <w:t xml:space="preserve"> </w:t>
            </w:r>
            <w:proofErr w:type="spellStart"/>
            <w:r>
              <w:t>aktualizálása</w:t>
            </w:r>
            <w:proofErr w:type="spellEnd"/>
            <w:r>
              <w:t>.</w:t>
            </w:r>
          </w:p>
        </w:tc>
      </w:tr>
      <w:tr w:rsidR="00A2020F" w14:paraId="3DAE79C1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D5DE87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C6BF88" w14:textId="77777777" w:rsidR="00A2020F" w:rsidRDefault="00627455">
            <w:pPr>
              <w:spacing w:after="0"/>
            </w:pPr>
            <w:r>
              <w:t xml:space="preserve">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c) </w:t>
            </w:r>
            <w:proofErr w:type="spellStart"/>
            <w:r>
              <w:t>pontja</w:t>
            </w:r>
            <w:proofErr w:type="spellEnd"/>
            <w:r>
              <w:t xml:space="preserve">: a civil </w:t>
            </w:r>
            <w:proofErr w:type="spellStart"/>
            <w:r>
              <w:t>szervezetek</w:t>
            </w:r>
            <w:proofErr w:type="spellEnd"/>
            <w:r>
              <w:t xml:space="preserve"> </w:t>
            </w:r>
            <w:proofErr w:type="spellStart"/>
            <w:r>
              <w:t>bírósági</w:t>
            </w:r>
            <w:proofErr w:type="spellEnd"/>
            <w:r>
              <w:t xml:space="preserve"> </w:t>
            </w:r>
            <w:proofErr w:type="spellStart"/>
            <w:r>
              <w:t>nyilvántartására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jogszabályi</w:t>
            </w:r>
            <w:proofErr w:type="spellEnd"/>
            <w:r>
              <w:t xml:space="preserve"> </w:t>
            </w:r>
            <w:proofErr w:type="spellStart"/>
            <w:r>
              <w:t>kötelezettségek</w:t>
            </w:r>
            <w:proofErr w:type="spellEnd"/>
            <w:r>
              <w:t xml:space="preserve"> </w:t>
            </w:r>
            <w:proofErr w:type="spellStart"/>
            <w:r>
              <w:t>teljesítése</w:t>
            </w:r>
            <w:proofErr w:type="spellEnd"/>
            <w:r>
              <w:t>.</w:t>
            </w:r>
          </w:p>
        </w:tc>
      </w:tr>
      <w:tr w:rsidR="00A2020F" w14:paraId="11F7F816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1C78A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Címzettek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D0DE96" w14:textId="77777777" w:rsidR="00A2020F" w:rsidRDefault="00627455">
            <w:pPr>
              <w:spacing w:after="0"/>
            </w:pPr>
            <w:r>
              <w:t xml:space="preserve">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jogi</w:t>
            </w:r>
            <w:proofErr w:type="spellEnd"/>
            <w:r>
              <w:t xml:space="preserve"> </w:t>
            </w:r>
            <w:proofErr w:type="spellStart"/>
            <w:r>
              <w:t>képviselője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a </w:t>
            </w:r>
            <w:proofErr w:type="spellStart"/>
            <w:r>
              <w:t>kérelmet</w:t>
            </w:r>
            <w:proofErr w:type="spellEnd"/>
            <w:r>
              <w:t xml:space="preserve"> </w:t>
            </w:r>
            <w:proofErr w:type="spellStart"/>
            <w:r>
              <w:t>előkészítő</w:t>
            </w:r>
            <w:proofErr w:type="spellEnd"/>
            <w:r>
              <w:t xml:space="preserve"> </w:t>
            </w:r>
            <w:proofErr w:type="spellStart"/>
            <w:r>
              <w:t>személy</w:t>
            </w:r>
            <w:proofErr w:type="spellEnd"/>
            <w:r>
              <w:t xml:space="preserve">;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illetékes</w:t>
            </w:r>
            <w:proofErr w:type="spellEnd"/>
            <w:r>
              <w:t xml:space="preserve"> </w:t>
            </w:r>
            <w:proofErr w:type="spellStart"/>
            <w:r>
              <w:t>nyilvántartó</w:t>
            </w:r>
            <w:proofErr w:type="spellEnd"/>
            <w:r>
              <w:t xml:space="preserve"> </w:t>
            </w:r>
            <w:proofErr w:type="spellStart"/>
            <w:r>
              <w:t>törvényszék</w:t>
            </w:r>
            <w:proofErr w:type="spellEnd"/>
            <w:r>
              <w:t xml:space="preserve">;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elektronikus</w:t>
            </w:r>
            <w:proofErr w:type="spellEnd"/>
            <w:r>
              <w:t xml:space="preserve"> </w:t>
            </w:r>
            <w:proofErr w:type="spellStart"/>
            <w:r>
              <w:t>ügyintézési</w:t>
            </w:r>
            <w:proofErr w:type="spellEnd"/>
            <w:r>
              <w:t xml:space="preserve"> </w:t>
            </w:r>
            <w:proofErr w:type="spellStart"/>
            <w:r>
              <w:t>rendszer</w:t>
            </w:r>
            <w:proofErr w:type="spellEnd"/>
            <w:r>
              <w:t xml:space="preserve"> </w:t>
            </w:r>
            <w:proofErr w:type="spellStart"/>
            <w:r>
              <w:t>üzemeltetői</w:t>
            </w:r>
            <w:proofErr w:type="spellEnd"/>
            <w:r>
              <w:t xml:space="preserve">; </w:t>
            </w:r>
            <w:proofErr w:type="spellStart"/>
            <w:r>
              <w:t>jogszabály</w:t>
            </w:r>
            <w:proofErr w:type="spellEnd"/>
            <w:r>
              <w:t xml:space="preserve"> </w:t>
            </w:r>
            <w:proofErr w:type="spellStart"/>
            <w:r>
              <w:t>alapján</w:t>
            </w:r>
            <w:proofErr w:type="spellEnd"/>
            <w:r>
              <w:t xml:space="preserve"> a </w:t>
            </w:r>
            <w:proofErr w:type="spellStart"/>
            <w:r>
              <w:t>nyilvántartás</w:t>
            </w:r>
            <w:proofErr w:type="spellEnd"/>
            <w:r>
              <w:t xml:space="preserve"> </w:t>
            </w:r>
            <w:proofErr w:type="spellStart"/>
            <w:r>
              <w:t>adatait</w:t>
            </w:r>
            <w:proofErr w:type="spellEnd"/>
            <w:r>
              <w:t xml:space="preserve"> </w:t>
            </w:r>
            <w:proofErr w:type="spellStart"/>
            <w:r>
              <w:t>megismerő</w:t>
            </w:r>
            <w:proofErr w:type="spellEnd"/>
            <w:r>
              <w:t xml:space="preserve"> </w:t>
            </w:r>
            <w:proofErr w:type="spellStart"/>
            <w:r>
              <w:t>személyek</w:t>
            </w:r>
            <w:proofErr w:type="spellEnd"/>
            <w:r>
              <w:t xml:space="preserve">. A </w:t>
            </w:r>
            <w:proofErr w:type="spellStart"/>
            <w:r>
              <w:t>lakóhelyre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anyja</w:t>
            </w:r>
            <w:proofErr w:type="spellEnd"/>
            <w:r>
              <w:t xml:space="preserve"> </w:t>
            </w:r>
            <w:proofErr w:type="spellStart"/>
            <w:r>
              <w:t>születési</w:t>
            </w:r>
            <w:proofErr w:type="spellEnd"/>
            <w:r>
              <w:t xml:space="preserve"> </w:t>
            </w:r>
            <w:proofErr w:type="spellStart"/>
            <w:r>
              <w:t>nevére</w:t>
            </w:r>
            <w:proofErr w:type="spellEnd"/>
            <w:r>
              <w:t xml:space="preserve"> </w:t>
            </w:r>
            <w:proofErr w:type="spellStart"/>
            <w:r>
              <w:t>vonatkozó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 </w:t>
            </w:r>
            <w:proofErr w:type="spellStart"/>
            <w:r>
              <w:t>nyilvánosságát</w:t>
            </w:r>
            <w:proofErr w:type="spellEnd"/>
            <w:r>
              <w:t xml:space="preserve"> a </w:t>
            </w:r>
            <w:proofErr w:type="spellStart"/>
            <w:r>
              <w:t>nyilvántartási</w:t>
            </w:r>
            <w:proofErr w:type="spellEnd"/>
            <w:r>
              <w:t xml:space="preserve"> </w:t>
            </w:r>
            <w:proofErr w:type="spellStart"/>
            <w:r>
              <w:t>jogszabályok</w:t>
            </w:r>
            <w:proofErr w:type="spellEnd"/>
            <w:r>
              <w:t xml:space="preserve"> </w:t>
            </w:r>
            <w:proofErr w:type="spellStart"/>
            <w:r>
              <w:t>korlátozzák</w:t>
            </w:r>
            <w:proofErr w:type="spellEnd"/>
            <w:r>
              <w:t>.</w:t>
            </w:r>
          </w:p>
        </w:tc>
      </w:tr>
      <w:tr w:rsidR="00A2020F" w14:paraId="58B52140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5246E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8371E5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bírósági</w:t>
            </w:r>
            <w:proofErr w:type="spellEnd"/>
            <w:r>
              <w:t xml:space="preserve"> </w:t>
            </w:r>
            <w:proofErr w:type="spellStart"/>
            <w:r>
              <w:t>eljárás</w:t>
            </w:r>
            <w:proofErr w:type="spellEnd"/>
            <w:r>
              <w:t xml:space="preserve"> </w:t>
            </w:r>
            <w:proofErr w:type="spellStart"/>
            <w:r>
              <w:t>iratai</w:t>
            </w:r>
            <w:proofErr w:type="spellEnd"/>
            <w:r>
              <w:t xml:space="preserve"> </w:t>
            </w:r>
            <w:proofErr w:type="spellStart"/>
            <w:r>
              <w:t>tekintetében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eljáró</w:t>
            </w:r>
            <w:proofErr w:type="spellEnd"/>
            <w:r>
              <w:t xml:space="preserve"> </w:t>
            </w:r>
            <w:proofErr w:type="spellStart"/>
            <w:r>
              <w:t>bíróság</w:t>
            </w:r>
            <w:proofErr w:type="spellEnd"/>
            <w:r>
              <w:t xml:space="preserve"> </w:t>
            </w:r>
            <w:proofErr w:type="spellStart"/>
            <w:r>
              <w:t>saját</w:t>
            </w:r>
            <w:proofErr w:type="spellEnd"/>
            <w:r>
              <w:t xml:space="preserve"> </w:t>
            </w:r>
            <w:proofErr w:type="spellStart"/>
            <w:r>
              <w:t>megőrzési</w:t>
            </w:r>
            <w:proofErr w:type="spellEnd"/>
            <w:r>
              <w:t xml:space="preserve"> </w:t>
            </w:r>
            <w:proofErr w:type="spellStart"/>
            <w:r>
              <w:t>szabályai</w:t>
            </w:r>
            <w:proofErr w:type="spellEnd"/>
            <w:r>
              <w:t xml:space="preserve"> </w:t>
            </w:r>
            <w:proofErr w:type="spellStart"/>
            <w:r>
              <w:t>irányadók</w:t>
            </w:r>
            <w:proofErr w:type="spellEnd"/>
            <w:r>
              <w:t xml:space="preserve">. Az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saját</w:t>
            </w:r>
            <w:proofErr w:type="spellEnd"/>
            <w:r>
              <w:t xml:space="preserve"> </w:t>
            </w:r>
            <w:proofErr w:type="spellStart"/>
            <w:r>
              <w:t>példányait</w:t>
            </w:r>
            <w:proofErr w:type="spellEnd"/>
            <w:r>
              <w:t xml:space="preserve"> a </w:t>
            </w:r>
            <w:proofErr w:type="spellStart"/>
            <w:r>
              <w:t>működési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nyilvántartási</w:t>
            </w:r>
            <w:proofErr w:type="spellEnd"/>
            <w:r>
              <w:t xml:space="preserve"> </w:t>
            </w:r>
            <w:proofErr w:type="spellStart"/>
            <w:r>
              <w:t>iratok</w:t>
            </w:r>
            <w:proofErr w:type="spellEnd"/>
            <w:r>
              <w:t xml:space="preserve"> </w:t>
            </w:r>
            <w:proofErr w:type="spellStart"/>
            <w:r>
              <w:t>részeként</w:t>
            </w:r>
            <w:proofErr w:type="spellEnd"/>
            <w:r>
              <w:t xml:space="preserve">, a </w:t>
            </w:r>
            <w:proofErr w:type="spellStart"/>
            <w:r>
              <w:t>jogszabályi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iratkezelési</w:t>
            </w:r>
            <w:proofErr w:type="spellEnd"/>
            <w:r>
              <w:t xml:space="preserve"> </w:t>
            </w:r>
            <w:proofErr w:type="spellStart"/>
            <w:r>
              <w:t>követelmények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 xml:space="preserve"> </w:t>
            </w:r>
            <w:proofErr w:type="spellStart"/>
            <w:r>
              <w:t>őrzi</w:t>
            </w:r>
            <w:proofErr w:type="spellEnd"/>
            <w:r>
              <w:t>.</w:t>
            </w:r>
          </w:p>
        </w:tc>
      </w:tr>
    </w:tbl>
    <w:p w14:paraId="37C983E5" w14:textId="77777777" w:rsidR="00A2020F" w:rsidRDefault="00A2020F">
      <w:pPr>
        <w:spacing w:after="0"/>
      </w:pPr>
    </w:p>
    <w:p w14:paraId="48D5B465" w14:textId="1A7F3400" w:rsidR="00A2020F" w:rsidRDefault="00627455">
      <w:pPr>
        <w:pStyle w:val="Cmsor2"/>
      </w:pPr>
      <w:r>
        <w:rPr>
          <w:lang w:val="hu-HU"/>
        </w:rPr>
        <w:t>4.</w:t>
      </w:r>
      <w:r w:rsidR="001E2D3E">
        <w:rPr>
          <w:lang w:val="hu-HU"/>
        </w:rPr>
        <w:t>6</w:t>
      </w:r>
      <w:r>
        <w:rPr>
          <w:lang w:val="hu-HU"/>
        </w:rPr>
        <w:t>. Panaszok, kifogások és jogi igények kezelése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364740DB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76561D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Kezelt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adatok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D2850E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megkeresést</w:t>
            </w:r>
            <w:proofErr w:type="spellEnd"/>
            <w:r>
              <w:t xml:space="preserve"> </w:t>
            </w:r>
            <w:proofErr w:type="spellStart"/>
            <w:r>
              <w:t>benyújtó</w:t>
            </w:r>
            <w:proofErr w:type="spellEnd"/>
            <w:r>
              <w:t xml:space="preserve"> </w:t>
            </w:r>
            <w:proofErr w:type="spellStart"/>
            <w:r>
              <w:t>személy</w:t>
            </w:r>
            <w:proofErr w:type="spellEnd"/>
            <w:r>
              <w:t xml:space="preserve"> </w:t>
            </w:r>
            <w:proofErr w:type="spellStart"/>
            <w:r>
              <w:t>azonosító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kapcsolattartási</w:t>
            </w:r>
            <w:proofErr w:type="spellEnd"/>
            <w:r>
              <w:t xml:space="preserve"> </w:t>
            </w:r>
            <w:proofErr w:type="spellStart"/>
            <w:r>
              <w:t>adatai</w:t>
            </w:r>
            <w:proofErr w:type="spellEnd"/>
            <w:r>
              <w:t xml:space="preserve">; a </w:t>
            </w:r>
            <w:proofErr w:type="spellStart"/>
            <w:r>
              <w:t>panasz</w:t>
            </w:r>
            <w:proofErr w:type="spellEnd"/>
            <w:r>
              <w:t xml:space="preserve">, </w:t>
            </w:r>
            <w:proofErr w:type="spellStart"/>
            <w:r>
              <w:t>kifogás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jogvita</w:t>
            </w:r>
            <w:proofErr w:type="spellEnd"/>
            <w:r>
              <w:t xml:space="preserve"> </w:t>
            </w:r>
            <w:proofErr w:type="spellStart"/>
            <w:r>
              <w:t>tartalma</w:t>
            </w:r>
            <w:proofErr w:type="spellEnd"/>
            <w:r>
              <w:t xml:space="preserve">; a </w:t>
            </w:r>
            <w:proofErr w:type="spellStart"/>
            <w:r>
              <w:t>kapcsolódó</w:t>
            </w:r>
            <w:proofErr w:type="spellEnd"/>
            <w:r>
              <w:t xml:space="preserve"> </w:t>
            </w:r>
            <w:proofErr w:type="spellStart"/>
            <w:r>
              <w:t>jelölési</w:t>
            </w:r>
            <w:proofErr w:type="spellEnd"/>
            <w:r>
              <w:t xml:space="preserve">,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levelezési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; a </w:t>
            </w:r>
            <w:proofErr w:type="spellStart"/>
            <w:r>
              <w:t>bizonyításhoz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dokumentumok</w:t>
            </w:r>
            <w:proofErr w:type="spellEnd"/>
            <w:r>
              <w:t>.</w:t>
            </w:r>
          </w:p>
        </w:tc>
      </w:tr>
      <w:tr w:rsidR="00A2020F" w14:paraId="23C0DEEB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8FD212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lastRenderedPageBreak/>
              <w:t>Cél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7AE571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panasz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kifogás</w:t>
            </w:r>
            <w:proofErr w:type="spellEnd"/>
            <w:r>
              <w:t xml:space="preserve"> </w:t>
            </w:r>
            <w:proofErr w:type="spellStart"/>
            <w:r>
              <w:t>kivizsgálása</w:t>
            </w:r>
            <w:proofErr w:type="spellEnd"/>
            <w:r>
              <w:t xml:space="preserve">; a </w:t>
            </w:r>
            <w:proofErr w:type="spellStart"/>
            <w:r>
              <w:t>jogi</w:t>
            </w:r>
            <w:proofErr w:type="spellEnd"/>
            <w:r>
              <w:t xml:space="preserve"> </w:t>
            </w:r>
            <w:proofErr w:type="spellStart"/>
            <w:r>
              <w:t>igény</w:t>
            </w:r>
            <w:proofErr w:type="spellEnd"/>
            <w:r>
              <w:t xml:space="preserve"> </w:t>
            </w:r>
            <w:proofErr w:type="spellStart"/>
            <w:r>
              <w:t>előterjesztése</w:t>
            </w:r>
            <w:proofErr w:type="spellEnd"/>
            <w:r>
              <w:t xml:space="preserve">, </w:t>
            </w:r>
            <w:proofErr w:type="spellStart"/>
            <w:r>
              <w:t>érvényesítése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azzal</w:t>
            </w:r>
            <w:proofErr w:type="spellEnd"/>
            <w:r>
              <w:t xml:space="preserve"> </w:t>
            </w:r>
            <w:proofErr w:type="spellStart"/>
            <w:r>
              <w:t>szembeni</w:t>
            </w:r>
            <w:proofErr w:type="spellEnd"/>
            <w:r>
              <w:t xml:space="preserve"> </w:t>
            </w:r>
            <w:proofErr w:type="spellStart"/>
            <w:r>
              <w:t>védekezés</w:t>
            </w:r>
            <w:proofErr w:type="spellEnd"/>
            <w:r>
              <w:t xml:space="preserve">; a </w:t>
            </w:r>
            <w:proofErr w:type="spellStart"/>
            <w:r>
              <w:t>hatósági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bírósági</w:t>
            </w:r>
            <w:proofErr w:type="spellEnd"/>
            <w:r>
              <w:t xml:space="preserve"> </w:t>
            </w:r>
            <w:proofErr w:type="spellStart"/>
            <w:r>
              <w:t>megkeresések</w:t>
            </w:r>
            <w:proofErr w:type="spellEnd"/>
            <w:r>
              <w:t xml:space="preserve"> </w:t>
            </w:r>
            <w:proofErr w:type="spellStart"/>
            <w:r>
              <w:t>teljesítése</w:t>
            </w:r>
            <w:proofErr w:type="spellEnd"/>
            <w:r>
              <w:t>.</w:t>
            </w:r>
          </w:p>
        </w:tc>
      </w:tr>
      <w:tr w:rsidR="00A2020F" w14:paraId="4FC7740F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4A00F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Jogalap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ED2C40" w14:textId="77777777" w:rsidR="00A2020F" w:rsidRDefault="00627455">
            <w:pPr>
              <w:spacing w:after="0"/>
            </w:pPr>
            <w:r>
              <w:t xml:space="preserve">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f) </w:t>
            </w:r>
            <w:proofErr w:type="spellStart"/>
            <w:r>
              <w:t>pontja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jogi</w:t>
            </w:r>
            <w:proofErr w:type="spellEnd"/>
            <w:r>
              <w:t xml:space="preserve"> </w:t>
            </w:r>
            <w:proofErr w:type="spellStart"/>
            <w:r>
              <w:t>igényeinek</w:t>
            </w:r>
            <w:proofErr w:type="spellEnd"/>
            <w:r>
              <w:t xml:space="preserve"> </w:t>
            </w:r>
            <w:proofErr w:type="spellStart"/>
            <w:r>
              <w:t>védelméhez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c) </w:t>
            </w:r>
            <w:proofErr w:type="spellStart"/>
            <w:r>
              <w:t>pontja</w:t>
            </w:r>
            <w:proofErr w:type="spellEnd"/>
            <w:r>
              <w:t xml:space="preserve">, ha </w:t>
            </w:r>
            <w:proofErr w:type="spellStart"/>
            <w:r>
              <w:t>jogszabály</w:t>
            </w:r>
            <w:proofErr w:type="spellEnd"/>
            <w:r>
              <w:t xml:space="preserve"> </w:t>
            </w:r>
            <w:proofErr w:type="spellStart"/>
            <w:r>
              <w:t>írja</w:t>
            </w:r>
            <w:proofErr w:type="spellEnd"/>
            <w:r>
              <w:t xml:space="preserve"> </w:t>
            </w:r>
            <w:proofErr w:type="spellStart"/>
            <w:r>
              <w:t>elő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adatkezelést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adatszolgáltatást</w:t>
            </w:r>
            <w:proofErr w:type="spellEnd"/>
            <w:r>
              <w:t>.</w:t>
            </w:r>
          </w:p>
        </w:tc>
      </w:tr>
      <w:tr w:rsidR="00A2020F" w14:paraId="62FA77E8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C3100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Megőrzés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0A6C4" w14:textId="77777777" w:rsidR="00A2020F" w:rsidRDefault="00627455">
            <w:pPr>
              <w:spacing w:after="0"/>
            </w:pPr>
            <w:r>
              <w:t xml:space="preserve">A </w:t>
            </w:r>
            <w:proofErr w:type="spellStart"/>
            <w:r>
              <w:t>megkeresés</w:t>
            </w:r>
            <w:proofErr w:type="spellEnd"/>
            <w:r>
              <w:t xml:space="preserve"> </w:t>
            </w:r>
            <w:proofErr w:type="spellStart"/>
            <w:r>
              <w:t>lezárásáig</w:t>
            </w:r>
            <w:proofErr w:type="spellEnd"/>
            <w:r>
              <w:t xml:space="preserve">, </w:t>
            </w:r>
            <w:proofErr w:type="spellStart"/>
            <w:r>
              <w:t>jogvita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annak</w:t>
            </w:r>
            <w:proofErr w:type="spellEnd"/>
            <w:r>
              <w:t xml:space="preserve"> </w:t>
            </w:r>
            <w:proofErr w:type="spellStart"/>
            <w:r>
              <w:t>jogerős</w:t>
            </w:r>
            <w:proofErr w:type="spellEnd"/>
            <w:r>
              <w:t xml:space="preserve"> </w:t>
            </w:r>
            <w:proofErr w:type="spellStart"/>
            <w:r>
              <w:t>befejezéséig</w:t>
            </w:r>
            <w:proofErr w:type="spellEnd"/>
            <w:r>
              <w:t xml:space="preserve">, </w:t>
            </w:r>
            <w:proofErr w:type="spellStart"/>
            <w:r>
              <w:t>majd</w:t>
            </w:r>
            <w:proofErr w:type="spellEnd"/>
            <w:r>
              <w:t xml:space="preserve"> a </w:t>
            </w:r>
            <w:proofErr w:type="spellStart"/>
            <w:r>
              <w:t>kapcsolódó</w:t>
            </w:r>
            <w:proofErr w:type="spellEnd"/>
            <w:r>
              <w:t xml:space="preserve"> </w:t>
            </w:r>
            <w:proofErr w:type="spellStart"/>
            <w:r>
              <w:t>igények</w:t>
            </w:r>
            <w:proofErr w:type="spellEnd"/>
            <w:r>
              <w:t xml:space="preserve"> </w:t>
            </w:r>
            <w:proofErr w:type="spellStart"/>
            <w:r>
              <w:t>érvényesítésére</w:t>
            </w:r>
            <w:proofErr w:type="spellEnd"/>
            <w:r>
              <w:t xml:space="preserve"> </w:t>
            </w:r>
            <w:proofErr w:type="spellStart"/>
            <w:r>
              <w:t>nyitva</w:t>
            </w:r>
            <w:proofErr w:type="spellEnd"/>
            <w:r>
              <w:t xml:space="preserve"> </w:t>
            </w:r>
            <w:proofErr w:type="spellStart"/>
            <w:r>
              <w:t>álló</w:t>
            </w:r>
            <w:proofErr w:type="spellEnd"/>
            <w:r>
              <w:t xml:space="preserve"> </w:t>
            </w:r>
            <w:proofErr w:type="spellStart"/>
            <w:r>
              <w:t>idő</w:t>
            </w:r>
            <w:proofErr w:type="spellEnd"/>
            <w:r>
              <w:t xml:space="preserve"> </w:t>
            </w:r>
            <w:proofErr w:type="spellStart"/>
            <w:r>
              <w:t>végéig</w:t>
            </w:r>
            <w:proofErr w:type="spellEnd"/>
            <w:r>
              <w:t>.</w:t>
            </w:r>
          </w:p>
        </w:tc>
      </w:tr>
    </w:tbl>
    <w:p w14:paraId="3DD6DCCB" w14:textId="77777777" w:rsidR="00A2020F" w:rsidRDefault="00A2020F">
      <w:pPr>
        <w:spacing w:after="0"/>
      </w:pPr>
    </w:p>
    <w:p w14:paraId="76E12598" w14:textId="77777777" w:rsidR="00A2020F" w:rsidRDefault="00627455">
      <w:pPr>
        <w:pStyle w:val="Cmsor1"/>
      </w:pPr>
      <w:r>
        <w:rPr>
          <w:lang w:val="hu-HU"/>
        </w:rPr>
        <w:t>5. A jogos érdeken alapuló adatkezelések érdekmérlegelésének összefoglalása</w:t>
      </w:r>
    </w:p>
    <w:p w14:paraId="366C2DDB" w14:textId="77777777" w:rsidR="00A2020F" w:rsidRDefault="00627455">
      <w:pPr>
        <w:spacing w:after="100"/>
      </w:pPr>
      <w:r>
        <w:rPr>
          <w:lang w:val="hu-HU"/>
        </w:rPr>
        <w:t>Az Egyesület a GDPR 6. cikk (1) bekezdés f) pontjára csak akkor támaszkodik, ha a jogos érdek, a szükségesség és az érintetti jogokkal való egyensúly együttesen igazolható.</w:t>
      </w:r>
    </w:p>
    <w:p w14:paraId="6F280B4A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Jogos érdek:</w:t>
      </w:r>
      <w:r>
        <w:rPr>
          <w:lang w:val="hu-HU"/>
        </w:rPr>
        <w:t xml:space="preserve"> a jelölési és választási folyamat szabályossága, átláthatósága, a jogosulatlan vagy vitatott jelölések megelőzése, a tagok megalapozott döntése és a jogvitákban való bizonyíthatóság.</w:t>
      </w:r>
    </w:p>
    <w:p w14:paraId="6E4602D3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Szükségesség:</w:t>
      </w:r>
      <w:r>
        <w:rPr>
          <w:lang w:val="hu-HU"/>
        </w:rPr>
        <w:t xml:space="preserve"> a jelölt és a jelölő azonosítása, a tagsági vagy jelölhetőségi feltétel ellenőrzése, valamint a jelölt tagok felé történő bemutatása megfelelően korlátozott adatok nélkül nem végezhető el azonos hatékonysággal.</w:t>
      </w:r>
    </w:p>
    <w:p w14:paraId="0EE75D0E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Érintetti egyensúly:</w:t>
      </w:r>
      <w:r>
        <w:rPr>
          <w:lang w:val="hu-HU"/>
        </w:rPr>
        <w:t xml:space="preserve"> az adatkezelés egy belső, a tagok által ésszerűen várható folyamat része; az Egyesület csak a szükséges adatokat kezeli, az érzékeny adatokat nem osztja meg a tagsággal, a nyilvános közzétételt külön hozzájáruláshoz köti, hozzáférési korlátokat és rövid megőrzési időket alkalmaz.</w:t>
      </w:r>
    </w:p>
    <w:p w14:paraId="5CE99410" w14:textId="77777777" w:rsidR="00A2020F" w:rsidRDefault="00627455">
      <w:pPr>
        <w:spacing w:after="100"/>
      </w:pPr>
      <w:r>
        <w:rPr>
          <w:lang w:val="hu-HU"/>
        </w:rPr>
        <w:t xml:space="preserve">Az érintett a saját helyzetével kapcsolatos okból bármikor tiltakozhat a jogos érdeken alapuló adatkezelés ellen. Az Egyesület ilyenkor az adatkezelést megszünteti, kivéve ha kényszerítő </w:t>
      </w:r>
      <w:proofErr w:type="spellStart"/>
      <w:r>
        <w:rPr>
          <w:lang w:val="hu-HU"/>
        </w:rPr>
        <w:t>erejű</w:t>
      </w:r>
      <w:proofErr w:type="spellEnd"/>
      <w:r>
        <w:rPr>
          <w:lang w:val="hu-HU"/>
        </w:rPr>
        <w:t xml:space="preserve"> jogos okot vagy jogi igényekhez kapcsolódó szükségességet tud igazolni.</w:t>
      </w:r>
    </w:p>
    <w:p w14:paraId="05960521" w14:textId="77777777" w:rsidR="00A2020F" w:rsidRDefault="00627455">
      <w:pPr>
        <w:pStyle w:val="Cmsor1"/>
      </w:pPr>
      <w:r>
        <w:rPr>
          <w:lang w:val="hu-HU"/>
        </w:rPr>
        <w:t>6. Különleges adatok és büntetőjogi adatok</w:t>
      </w:r>
    </w:p>
    <w:p w14:paraId="674F635B" w14:textId="77777777" w:rsidR="00A2020F" w:rsidRDefault="00627455">
      <w:pPr>
        <w:spacing w:after="100"/>
      </w:pPr>
      <w:r>
        <w:rPr>
          <w:lang w:val="hu-HU"/>
        </w:rPr>
        <w:t xml:space="preserve">Az Egyesület a jelöltállítás során főszabály szerint nem kér egészségügyi, etnikai, vallási, politikai véleményre, szexuális életre vagy irányultságra, </w:t>
      </w:r>
      <w:proofErr w:type="spellStart"/>
      <w:r>
        <w:rPr>
          <w:lang w:val="hu-HU"/>
        </w:rPr>
        <w:t>biometrikus</w:t>
      </w:r>
      <w:proofErr w:type="spellEnd"/>
      <w:r>
        <w:rPr>
          <w:lang w:val="hu-HU"/>
        </w:rPr>
        <w:t>/genetikai adatra, illetve szakszervezeti tagságra vonatkozó információt.</w:t>
      </w:r>
    </w:p>
    <w:p w14:paraId="0DDCECC8" w14:textId="77777777" w:rsidR="00A2020F" w:rsidRDefault="00627455">
      <w:pPr>
        <w:pStyle w:val="Cmsor1"/>
      </w:pPr>
      <w:r>
        <w:rPr>
          <w:lang w:val="hu-HU"/>
        </w:rPr>
        <w:t>7. Hozzáférés, címzettek és adatfeldolgozók</w:t>
      </w:r>
    </w:p>
    <w:p w14:paraId="6F745DB7" w14:textId="208FEDA2" w:rsidR="00A2020F" w:rsidRDefault="00627455">
      <w:pPr>
        <w:spacing w:after="100"/>
      </w:pPr>
      <w:r>
        <w:rPr>
          <w:lang w:val="hu-HU"/>
        </w:rPr>
        <w:t>Az adatokhoz csak azok férhetnek hozzá, akiknek a tisztújítás lebonyolításában meghatározott feladatuk van, és csak a feladatukhoz szükséges mértékben. Ilyenek lehetnek a jelölő- vagy választási bizottság felhatalmazott tagjai, az ügyvezetés kijelölt tagjai, a jegyzőkönyvvezető, a jogi képviselő és az adminisztratív közreműködő.</w:t>
      </w:r>
      <w:r w:rsidR="005B3AD6">
        <w:rPr>
          <w:lang w:val="hu-HU"/>
        </w:rPr>
        <w:t xml:space="preserve"> Az Egyesület a jelöltállítás során adatfeldolgozót nem vesz igénybe.</w:t>
      </w:r>
    </w:p>
    <w:p w14:paraId="37B6708B" w14:textId="77777777" w:rsidR="00A2020F" w:rsidRDefault="00627455">
      <w:pPr>
        <w:spacing w:after="100"/>
      </w:pPr>
      <w:r>
        <w:rPr>
          <w:lang w:val="hu-HU"/>
        </w:rPr>
        <w:t>Az illetékes bíróság, a NAIH és más hatóság az általa végzett adatkezelés tekintetében önálló adatkezelő. A jogi képviselő szerepét az adott megbízás tartalma alapján kell minősíteni és a táblázatban vagy a címzettek között megfelelően feltüntetni.</w:t>
      </w:r>
    </w:p>
    <w:p w14:paraId="6D084395" w14:textId="77777777" w:rsidR="00A2020F" w:rsidRDefault="00627455">
      <w:pPr>
        <w:pStyle w:val="Cmsor1"/>
      </w:pPr>
      <w:r>
        <w:rPr>
          <w:lang w:val="hu-HU"/>
        </w:rPr>
        <w:t>8. Nemzetközi adattovábbítás</w:t>
      </w:r>
    </w:p>
    <w:p w14:paraId="67047181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Az Egyesület a jelen tájékoztató szerinti adatokat nem továbbítja az Európai Gazdasági Térségen kívülre.</w:t>
      </w:r>
    </w:p>
    <w:p w14:paraId="37DADFF1" w14:textId="77777777" w:rsidR="00A2020F" w:rsidRDefault="00627455">
      <w:pPr>
        <w:pStyle w:val="Cmsor1"/>
      </w:pPr>
      <w:r>
        <w:rPr>
          <w:lang w:val="hu-HU"/>
        </w:rPr>
        <w:lastRenderedPageBreak/>
        <w:t>9. Adatbiztonsági intézkedések</w:t>
      </w:r>
    </w:p>
    <w:p w14:paraId="62CDDF1D" w14:textId="77777777" w:rsidR="00A2020F" w:rsidRDefault="00627455">
      <w:pPr>
        <w:spacing w:after="100"/>
      </w:pPr>
      <w:r>
        <w:rPr>
          <w:lang w:val="hu-HU"/>
        </w:rPr>
        <w:t>Az Egyesület a kockázatokkal arányos technikai és szervezési intézkedésekkel védi az adatokat. Különösen:</w:t>
      </w:r>
    </w:p>
    <w:p w14:paraId="0EF54F14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jelölési dokumentumokhoz szerepkör alapú, korlátozott hozzáférést biztosít;</w:t>
      </w:r>
    </w:p>
    <w:p w14:paraId="73E7692F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papíralapú iratokat zárható helyen, elektronikus iratokat jogosultságkezeléssel és jelszóval védett rendszerben tárol;</w:t>
      </w:r>
    </w:p>
    <w:p w14:paraId="0FBB35C0" w14:textId="6E64D3C4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jelöltek tagok felé történő bemutatásakor kizárólag a szükséges adatkört közli</w:t>
      </w:r>
    </w:p>
    <w:p w14:paraId="1C09BC07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csoportos e-mail-küldésnél a címzettek láthatóságát megfelelően korlátozza, vagy zárt tagi rendszert alkalmaz;</w:t>
      </w:r>
    </w:p>
    <w:p w14:paraId="3C7F11A4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 megőrzési idő lejártával az adatokat biztonságosan törli vagy a papíralapú iratokat megsemmisíti;</w:t>
      </w:r>
    </w:p>
    <w:p w14:paraId="71D483C9" w14:textId="77777777" w:rsidR="00A2020F" w:rsidRDefault="00627455">
      <w:pPr>
        <w:pStyle w:val="Felsorols"/>
        <w:spacing w:after="40"/>
        <w:ind w:left="255" w:hanging="142"/>
      </w:pPr>
      <w:r>
        <w:rPr>
          <w:lang w:val="hu-HU"/>
        </w:rPr>
        <w:t>adatvédelmi incidens esetén dokumentált eljárást alkalmaz, és szükség esetén értesíti a NAIH-ot, illetve az érintetteket.</w:t>
      </w:r>
    </w:p>
    <w:p w14:paraId="00D0B39B" w14:textId="77777777" w:rsidR="00A2020F" w:rsidRDefault="00627455">
      <w:pPr>
        <w:pStyle w:val="Cmsor1"/>
      </w:pPr>
      <w:r>
        <w:rPr>
          <w:lang w:val="hu-HU"/>
        </w:rPr>
        <w:t>10. Automatizált döntéshozatal és profilalkotás</w:t>
      </w:r>
    </w:p>
    <w:p w14:paraId="6186DEE7" w14:textId="77777777" w:rsidR="00A2020F" w:rsidRDefault="00627455">
      <w:pPr>
        <w:spacing w:after="100"/>
      </w:pPr>
      <w:r>
        <w:rPr>
          <w:lang w:val="hu-HU"/>
        </w:rPr>
        <w:t>Az Egyesület a jelöltállítás és tisztújítás során nem alkalmaz kizárólag automatizált adatkezelésen alapuló, az érintettre nézve joghatással járó vagy őt hasonlóan jelentős mértékben érintő döntéshozatalt, és nem végez profilalkotást. A jelölések érvényességéről és a választási eljárás kérdéseiről emberi közreműködéssel döntenek.</w:t>
      </w:r>
    </w:p>
    <w:p w14:paraId="0E223A76" w14:textId="77777777" w:rsidR="00A2020F" w:rsidRDefault="00627455">
      <w:pPr>
        <w:pStyle w:val="Cmsor1"/>
      </w:pPr>
      <w:r>
        <w:rPr>
          <w:lang w:val="hu-HU"/>
        </w:rPr>
        <w:t>11. Az érintettek jogai</w:t>
      </w:r>
    </w:p>
    <w:p w14:paraId="52296714" w14:textId="77777777" w:rsidR="00A2020F" w:rsidRDefault="00627455">
      <w:pPr>
        <w:spacing w:after="100"/>
      </w:pPr>
      <w:r>
        <w:rPr>
          <w:lang w:val="hu-HU"/>
        </w:rPr>
        <w:t>Az érintett az Egyesület fent megadott elérhetőségén kérelmezheti vagy gyakorolhatja különösen az alábbi jogokat:</w:t>
      </w:r>
    </w:p>
    <w:p w14:paraId="19645C89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Tájékoztatás és hozzáférés:</w:t>
      </w:r>
      <w:r>
        <w:rPr>
          <w:lang w:val="hu-HU"/>
        </w:rPr>
        <w:t xml:space="preserve"> visszajelzést kérhet arról, hogy az Egyesület kezeli-e a személyes adatait, és másolatot kérhet a kezelt adatokról, valamint az adatkezelés lényeges körülményeiről.</w:t>
      </w:r>
    </w:p>
    <w:p w14:paraId="3A3EA752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Helyesbítés:</w:t>
      </w:r>
      <w:r>
        <w:rPr>
          <w:lang w:val="hu-HU"/>
        </w:rPr>
        <w:t xml:space="preserve"> kérheti a pontatlan adat helyesbítését és a hiányos adat kiegészítését.</w:t>
      </w:r>
    </w:p>
    <w:p w14:paraId="10A5CD6F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Törlés:</w:t>
      </w:r>
      <w:r>
        <w:rPr>
          <w:lang w:val="hu-HU"/>
        </w:rPr>
        <w:t xml:space="preserve"> kérheti az adat törlését, ha annak jogszabályi feltételei fennállnak. A törlés nem kérhető olyan adatnál, amelyet az Egyesület jogi kötelezettség, iratmegőrzés vagy jogi igény miatt köteles vagy jogosult tovább kezelni.</w:t>
      </w:r>
    </w:p>
    <w:p w14:paraId="43C6CA3B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Korlátozás:</w:t>
      </w:r>
      <w:r>
        <w:rPr>
          <w:lang w:val="hu-HU"/>
        </w:rPr>
        <w:t xml:space="preserve"> kérheti az adatkezelés korlátozását például az adat pontosságának vitatása vagy tiltakozás vizsgálata alatt.</w:t>
      </w:r>
    </w:p>
    <w:p w14:paraId="3C490809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Tiltakozás:</w:t>
      </w:r>
      <w:r>
        <w:rPr>
          <w:lang w:val="hu-HU"/>
        </w:rPr>
        <w:t xml:space="preserve"> a saját helyzetével kapcsolatos okból tiltakozhat a GDPR 6. cikk (1) bekezdés f) pontján alapuló adatkezelés ellen.</w:t>
      </w:r>
    </w:p>
    <w:p w14:paraId="58C60980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Hozzájárulás visszavonása:</w:t>
      </w:r>
      <w:r>
        <w:rPr>
          <w:lang w:val="hu-HU"/>
        </w:rPr>
        <w:t xml:space="preserve"> a hozzájárulását bármikor, indokolás nélkül visszavonhatja. A visszavonás nem érinti a korábbi adatkezelés jogszerűségét és nem befolyásolja a jelöltséget.</w:t>
      </w:r>
    </w:p>
    <w:p w14:paraId="4067513C" w14:textId="77777777" w:rsidR="00A2020F" w:rsidRDefault="00627455">
      <w:pPr>
        <w:pStyle w:val="Felsorols"/>
        <w:spacing w:after="40"/>
        <w:ind w:left="255" w:hanging="142"/>
      </w:pPr>
      <w:r>
        <w:rPr>
          <w:b/>
          <w:lang w:val="hu-HU"/>
        </w:rPr>
        <w:t>Adathordozhatóság:</w:t>
      </w:r>
      <w:r>
        <w:rPr>
          <w:lang w:val="hu-HU"/>
        </w:rPr>
        <w:t xml:space="preserve"> ha a GDPR feltételei fennállnak, a hozzájáruláson vagy szerződésen alapuló, automatizáltan kezelt adatokat tagolt, géppel olvasható formátumban kérheti.</w:t>
      </w:r>
    </w:p>
    <w:p w14:paraId="56A44D8D" w14:textId="77777777" w:rsidR="00A2020F" w:rsidRDefault="00627455">
      <w:pPr>
        <w:spacing w:after="100"/>
      </w:pPr>
      <w:r>
        <w:rPr>
          <w:lang w:val="hu-HU"/>
        </w:rPr>
        <w:t>Az Egyesület a kérelmet indokolatlan késedelem nélkül, főszabály szerint a beérkezéstől számított egy hónapon belül teljesíti vagy tájékoztatja az érintettet az elutasítás okáról és a jogorvoslati lehetőségekről. Szükség esetén az Egyesület az érintett személyazonosságának megerősítéséhez arányos további információt kérhet.</w:t>
      </w:r>
    </w:p>
    <w:p w14:paraId="7840037E" w14:textId="77777777" w:rsidR="00A2020F" w:rsidRDefault="00627455">
      <w:pPr>
        <w:pStyle w:val="Cmsor1"/>
      </w:pPr>
      <w:r>
        <w:rPr>
          <w:lang w:val="hu-HU"/>
        </w:rPr>
        <w:t>12. Panasz és jogorvoslat</w:t>
      </w:r>
    </w:p>
    <w:p w14:paraId="4AD300D8" w14:textId="6B969DD5" w:rsidR="00A2020F" w:rsidRDefault="00627455">
      <w:pPr>
        <w:spacing w:after="100"/>
      </w:pPr>
      <w:r>
        <w:rPr>
          <w:lang w:val="hu-HU"/>
        </w:rPr>
        <w:t>Az Egyesület arra kéri az érintettet, hogy adatkezelési kérdésével vagy panaszával elsőként a</w:t>
      </w:r>
      <w:r w:rsidR="00BE6C64">
        <w:rPr>
          <w:lang w:val="hu-HU"/>
        </w:rPr>
        <w:t>z</w:t>
      </w:r>
      <w:r>
        <w:rPr>
          <w:lang w:val="hu-HU"/>
        </w:rPr>
        <w:t xml:space="preserve"> </w:t>
      </w:r>
      <w:hyperlink r:id="rId8" w:history="1">
        <w:r w:rsidR="00BE6C64" w:rsidRPr="006B2165">
          <w:rPr>
            <w:rStyle w:val="Hiperhivatkozs"/>
            <w:color w:val="auto"/>
            <w:lang w:val="hu-HU"/>
          </w:rPr>
          <w:t>mle.titkarsag@gmail.com</w:t>
        </w:r>
      </w:hyperlink>
      <w:r w:rsidR="00BE6C64" w:rsidRPr="006B2165">
        <w:rPr>
          <w:lang w:val="hu-HU"/>
        </w:rPr>
        <w:t xml:space="preserve"> </w:t>
      </w:r>
      <w:r>
        <w:rPr>
          <w:lang w:val="hu-HU"/>
        </w:rPr>
        <w:t>címen forduljon hozzá, hogy a problémát közvetlenül kivizsgálhassa.</w:t>
      </w:r>
    </w:p>
    <w:p w14:paraId="1BD432EA" w14:textId="77777777" w:rsidR="00A2020F" w:rsidRDefault="00627455">
      <w:pPr>
        <w:spacing w:after="100"/>
      </w:pPr>
      <w:r>
        <w:rPr>
          <w:lang w:val="hu-HU"/>
        </w:rPr>
        <w:t>Az érintett jogosult panaszt benyújtani a felügyeleti hatósághoz: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7257"/>
      </w:tblGrid>
      <w:tr w:rsidR="00A2020F" w14:paraId="5CF67E8B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209AF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Hatóság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2A4DC5" w14:textId="77777777" w:rsidR="00A2020F" w:rsidRDefault="00627455">
            <w:pPr>
              <w:spacing w:after="0"/>
            </w:pPr>
            <w:proofErr w:type="spellStart"/>
            <w:r>
              <w:t>Nemzeti</w:t>
            </w:r>
            <w:proofErr w:type="spellEnd"/>
            <w:r>
              <w:t xml:space="preserve"> </w:t>
            </w:r>
            <w:proofErr w:type="spellStart"/>
            <w:r>
              <w:t>Adatvédelmi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Információszabadság</w:t>
            </w:r>
            <w:proofErr w:type="spellEnd"/>
            <w:r>
              <w:t xml:space="preserve"> </w:t>
            </w:r>
            <w:proofErr w:type="spellStart"/>
            <w:r>
              <w:t>Hatóság</w:t>
            </w:r>
            <w:proofErr w:type="spellEnd"/>
            <w:r>
              <w:t xml:space="preserve"> (NAIH)</w:t>
            </w:r>
          </w:p>
        </w:tc>
      </w:tr>
      <w:tr w:rsidR="00A2020F" w14:paraId="6881ACFD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17DA0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lastRenderedPageBreak/>
              <w:t>Cím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1D48E0" w14:textId="77777777" w:rsidR="00A2020F" w:rsidRDefault="00627455">
            <w:pPr>
              <w:spacing w:after="0"/>
            </w:pPr>
            <w:r>
              <w:t xml:space="preserve">1055 Budapest, Falk </w:t>
            </w:r>
            <w:proofErr w:type="spellStart"/>
            <w:r>
              <w:t>Miksa</w:t>
            </w:r>
            <w:proofErr w:type="spellEnd"/>
            <w:r>
              <w:t xml:space="preserve"> </w:t>
            </w:r>
            <w:proofErr w:type="spellStart"/>
            <w:r>
              <w:t>utca</w:t>
            </w:r>
            <w:proofErr w:type="spellEnd"/>
            <w:r>
              <w:t xml:space="preserve"> 9–11.</w:t>
            </w:r>
          </w:p>
        </w:tc>
      </w:tr>
      <w:tr w:rsidR="00A2020F" w14:paraId="62DF4351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D64A3D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Levelezési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cím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AE851" w14:textId="77777777" w:rsidR="00A2020F" w:rsidRDefault="00627455">
            <w:pPr>
              <w:spacing w:after="0"/>
            </w:pPr>
            <w:r>
              <w:t>1363 Budapest, Pf. 9.</w:t>
            </w:r>
          </w:p>
        </w:tc>
      </w:tr>
      <w:tr w:rsidR="00A2020F" w14:paraId="23F290A9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656BD" w14:textId="77777777" w:rsidR="00A2020F" w:rsidRDefault="00627455">
            <w:pPr>
              <w:spacing w:after="0"/>
            </w:pPr>
            <w:r>
              <w:rPr>
                <w:b/>
                <w:color w:val="1F4E79"/>
              </w:rPr>
              <w:t>E-mail</w:t>
            </w:r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A621C" w14:textId="77777777" w:rsidR="00A2020F" w:rsidRDefault="00627455">
            <w:pPr>
              <w:spacing w:after="0"/>
            </w:pPr>
            <w:r>
              <w:t>ugyfelszolgalat@naih.hu</w:t>
            </w:r>
          </w:p>
        </w:tc>
      </w:tr>
      <w:tr w:rsidR="00A2020F" w14:paraId="682087DE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4579F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Telefon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C23964" w14:textId="77777777" w:rsidR="00A2020F" w:rsidRDefault="00627455">
            <w:pPr>
              <w:spacing w:after="0"/>
            </w:pPr>
            <w:r>
              <w:t>+36 (1) 391-1400</w:t>
            </w:r>
          </w:p>
        </w:tc>
      </w:tr>
      <w:tr w:rsidR="00A2020F" w14:paraId="72DCC284" w14:textId="77777777">
        <w:trPr>
          <w:jc w:val="center"/>
        </w:trPr>
        <w:tc>
          <w:tcPr>
            <w:tcW w:w="192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0947FC" w14:textId="77777777" w:rsidR="00A2020F" w:rsidRDefault="00627455">
            <w:pPr>
              <w:spacing w:after="0"/>
            </w:pPr>
            <w:proofErr w:type="spellStart"/>
            <w:r>
              <w:rPr>
                <w:b/>
                <w:color w:val="1F4E79"/>
              </w:rPr>
              <w:t>Honlap</w:t>
            </w:r>
            <w:proofErr w:type="spellEnd"/>
          </w:p>
        </w:tc>
        <w:tc>
          <w:tcPr>
            <w:tcW w:w="7257" w:type="dxa"/>
            <w:tcBorders>
              <w:top w:val="single" w:sz="4" w:space="0" w:color="B7C9D6"/>
              <w:left w:val="single" w:sz="4" w:space="0" w:color="B7C9D6"/>
              <w:bottom w:val="single" w:sz="4" w:space="0" w:color="B7C9D6"/>
              <w:right w:val="single" w:sz="4" w:space="0" w:color="B7C9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1B5D72" w14:textId="77777777" w:rsidR="00A2020F" w:rsidRDefault="00627455">
            <w:pPr>
              <w:spacing w:after="0"/>
            </w:pPr>
            <w:r>
              <w:t>www.naih.hu</w:t>
            </w:r>
          </w:p>
        </w:tc>
      </w:tr>
    </w:tbl>
    <w:p w14:paraId="1A1F3592" w14:textId="77777777" w:rsidR="00A2020F" w:rsidRDefault="00A2020F">
      <w:pPr>
        <w:spacing w:after="0"/>
      </w:pPr>
    </w:p>
    <w:p w14:paraId="3A56E001" w14:textId="77777777" w:rsidR="00A2020F" w:rsidRDefault="00627455">
      <w:pPr>
        <w:spacing w:after="100"/>
      </w:pPr>
      <w:r>
        <w:rPr>
          <w:lang w:val="hu-HU"/>
        </w:rPr>
        <w:t xml:space="preserve">Az érintett a GDPR és az </w:t>
      </w:r>
      <w:proofErr w:type="spellStart"/>
      <w:r>
        <w:rPr>
          <w:lang w:val="hu-HU"/>
        </w:rPr>
        <w:t>Infotv</w:t>
      </w:r>
      <w:proofErr w:type="spellEnd"/>
      <w:r>
        <w:rPr>
          <w:lang w:val="hu-HU"/>
        </w:rPr>
        <w:t>. szabályai szerint bírósághoz is fordulhat személyes adatai jogellenes kezelése vagy az érintetti jogai megsértése esetén.</w:t>
      </w:r>
    </w:p>
    <w:p w14:paraId="31DC6885" w14:textId="77777777" w:rsidR="00A2020F" w:rsidRDefault="00627455">
      <w:pPr>
        <w:pStyle w:val="Cmsor1"/>
      </w:pPr>
      <w:r>
        <w:rPr>
          <w:lang w:val="hu-HU"/>
        </w:rPr>
        <w:t>13. A tájékoztató módosítása és elérhetősége</w:t>
      </w:r>
    </w:p>
    <w:p w14:paraId="6FA28E34" w14:textId="2E444C1F" w:rsidR="00A2020F" w:rsidRDefault="00627455">
      <w:pPr>
        <w:spacing w:after="100"/>
      </w:pPr>
      <w:r>
        <w:rPr>
          <w:lang w:val="hu-HU"/>
        </w:rPr>
        <w:t xml:space="preserve">Az Egyesület a tájékoztatót akkor módosítja, ha az adatkezelési folyamat, a használt szolgáltató, a jogalap, az adatkör vagy a jogszabályi környezet lényegesen megváltozik. A hatályos változat </w:t>
      </w:r>
      <w:r w:rsidR="00BE6C64">
        <w:rPr>
          <w:lang w:val="hu-HU"/>
        </w:rPr>
        <w:t>archivportal.hu</w:t>
      </w:r>
      <w:r w:rsidR="00B409BF">
        <w:rPr>
          <w:lang w:val="hu-HU"/>
        </w:rPr>
        <w:t xml:space="preserve"> oldalon </w:t>
      </w:r>
      <w:r>
        <w:rPr>
          <w:lang w:val="hu-HU"/>
        </w:rPr>
        <w:t>érhető el. A lényeges változásokról az érintetteket az Egyesület megfelelő módon tájékoztatja.</w:t>
      </w:r>
    </w:p>
    <w:p w14:paraId="4A366391" w14:textId="692A62C1" w:rsidR="00A2020F" w:rsidRDefault="00627455">
      <w:pPr>
        <w:spacing w:after="100"/>
      </w:pPr>
      <w:r>
        <w:rPr>
          <w:lang w:val="hu-HU"/>
        </w:rPr>
        <w:t xml:space="preserve">Kelt: </w:t>
      </w:r>
      <w:r w:rsidR="00B409BF">
        <w:rPr>
          <w:lang w:val="hu-HU"/>
        </w:rPr>
        <w:t xml:space="preserve">Budapest, július </w:t>
      </w:r>
      <w:r w:rsidR="009B3B60">
        <w:rPr>
          <w:lang w:val="hu-HU"/>
        </w:rPr>
        <w:t>15.</w:t>
      </w:r>
    </w:p>
    <w:p w14:paraId="23968320" w14:textId="1A1B6B7E" w:rsidR="00A2020F" w:rsidRDefault="00B409BF">
      <w:pPr>
        <w:spacing w:after="100"/>
        <w:jc w:val="right"/>
      </w:pPr>
      <w:r>
        <w:rPr>
          <w:lang w:val="hu-HU"/>
        </w:rPr>
        <w:t>Magyar Levéltárosok Egyesülete</w:t>
      </w:r>
      <w:r>
        <w:rPr>
          <w:lang w:val="hu-HU"/>
        </w:rPr>
        <w:br/>
      </w:r>
    </w:p>
    <w:p w14:paraId="6031271C" w14:textId="77777777" w:rsidR="00A2020F" w:rsidRDefault="00627455">
      <w:r>
        <w:rPr>
          <w:lang w:val="hu-HU"/>
        </w:rPr>
        <w:br w:type="page"/>
      </w:r>
    </w:p>
    <w:p w14:paraId="58B637C2" w14:textId="77777777" w:rsidR="00A2020F" w:rsidRDefault="00627455">
      <w:pPr>
        <w:pStyle w:val="Cmsor1"/>
      </w:pPr>
      <w:r>
        <w:rPr>
          <w:lang w:val="hu-HU"/>
        </w:rPr>
        <w:lastRenderedPageBreak/>
        <w:t>1. melléklet – Rövid adatkezelési tájékoztató a jelölőívhez / online űrlaphoz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A2020F" w14:paraId="092AC8B1" w14:textId="77777777">
        <w:trPr>
          <w:jc w:val="center"/>
        </w:trPr>
        <w:tc>
          <w:tcPr>
            <w:tcW w:w="9298" w:type="dxa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5FE77" w14:textId="77777777" w:rsidR="00A2020F" w:rsidRDefault="00627455">
            <w:pPr>
              <w:spacing w:after="60"/>
            </w:pPr>
            <w:proofErr w:type="spellStart"/>
            <w:r>
              <w:rPr>
                <w:b/>
                <w:color w:val="1F4E79"/>
              </w:rPr>
              <w:t>Használat</w:t>
            </w:r>
            <w:proofErr w:type="spellEnd"/>
          </w:p>
          <w:p w14:paraId="6C801822" w14:textId="77777777" w:rsidR="00A2020F" w:rsidRDefault="00627455">
            <w:pPr>
              <w:spacing w:after="0" w:line="252" w:lineRule="auto"/>
            </w:pPr>
            <w:r>
              <w:t xml:space="preserve">Az </w:t>
            </w:r>
            <w:proofErr w:type="spellStart"/>
            <w:r>
              <w:t>alábbi</w:t>
            </w:r>
            <w:proofErr w:type="spellEnd"/>
            <w:r>
              <w:t xml:space="preserve"> </w:t>
            </w:r>
            <w:proofErr w:type="spellStart"/>
            <w:r>
              <w:t>rövid</w:t>
            </w:r>
            <w:proofErr w:type="spellEnd"/>
            <w:r>
              <w:t xml:space="preserve"> </w:t>
            </w:r>
            <w:proofErr w:type="spellStart"/>
            <w:r>
              <w:t>szöveg</w:t>
            </w:r>
            <w:proofErr w:type="spellEnd"/>
            <w:r>
              <w:t xml:space="preserve"> a </w:t>
            </w:r>
            <w:proofErr w:type="spellStart"/>
            <w:r>
              <w:t>papíralapú</w:t>
            </w:r>
            <w:proofErr w:type="spellEnd"/>
            <w:r>
              <w:t xml:space="preserve"> </w:t>
            </w:r>
            <w:proofErr w:type="spellStart"/>
            <w:r>
              <w:t>jelölőív</w:t>
            </w:r>
            <w:proofErr w:type="spellEnd"/>
            <w:r>
              <w:t xml:space="preserve"> </w:t>
            </w:r>
            <w:proofErr w:type="spellStart"/>
            <w:r>
              <w:t>alján</w:t>
            </w:r>
            <w:proofErr w:type="spellEnd"/>
            <w:r>
              <w:t xml:space="preserve"> </w:t>
            </w:r>
            <w:proofErr w:type="spellStart"/>
            <w:r>
              <w:t>vagy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online </w:t>
            </w:r>
            <w:proofErr w:type="spellStart"/>
            <w:r>
              <w:t>űrlap</w:t>
            </w:r>
            <w:proofErr w:type="spellEnd"/>
            <w:r>
              <w:t xml:space="preserve"> </w:t>
            </w:r>
            <w:proofErr w:type="spellStart"/>
            <w:r>
              <w:t>beküldése</w:t>
            </w:r>
            <w:proofErr w:type="spellEnd"/>
            <w:r>
              <w:t xml:space="preserve"> </w:t>
            </w:r>
            <w:proofErr w:type="spellStart"/>
            <w:r>
              <w:t>előtt</w:t>
            </w:r>
            <w:proofErr w:type="spellEnd"/>
            <w:r>
              <w:t xml:space="preserve"> </w:t>
            </w:r>
            <w:proofErr w:type="spellStart"/>
            <w:r>
              <w:t>helyezhető</w:t>
            </w:r>
            <w:proofErr w:type="spellEnd"/>
            <w:r>
              <w:t xml:space="preserve"> el. A </w:t>
            </w:r>
            <w:proofErr w:type="spellStart"/>
            <w:r>
              <w:t>részletes</w:t>
            </w:r>
            <w:proofErr w:type="spellEnd"/>
            <w:r>
              <w:t xml:space="preserve"> </w:t>
            </w:r>
            <w:proofErr w:type="spellStart"/>
            <w:r>
              <w:t>tájékoztatót</w:t>
            </w:r>
            <w:proofErr w:type="spellEnd"/>
            <w:r>
              <w:t xml:space="preserve"> </w:t>
            </w:r>
            <w:proofErr w:type="spellStart"/>
            <w:r>
              <w:t>ténylegesen</w:t>
            </w:r>
            <w:proofErr w:type="spellEnd"/>
            <w:r>
              <w:t xml:space="preserve"> </w:t>
            </w:r>
            <w:proofErr w:type="spellStart"/>
            <w:r>
              <w:t>hozzáférhetővé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tenni</w:t>
            </w:r>
            <w:proofErr w:type="spellEnd"/>
            <w:r>
              <w:t xml:space="preserve">,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hivatkozott</w:t>
            </w:r>
            <w:proofErr w:type="spellEnd"/>
            <w:r>
              <w:t xml:space="preserve"> </w:t>
            </w:r>
            <w:proofErr w:type="spellStart"/>
            <w:r>
              <w:t>elérhetőséget</w:t>
            </w:r>
            <w:proofErr w:type="spellEnd"/>
            <w:r>
              <w:t xml:space="preserve"> ki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tölteni</w:t>
            </w:r>
            <w:proofErr w:type="spellEnd"/>
            <w:r>
              <w:t>.</w:t>
            </w:r>
          </w:p>
        </w:tc>
      </w:tr>
    </w:tbl>
    <w:p w14:paraId="4961D6FD" w14:textId="77777777" w:rsidR="00A2020F" w:rsidRDefault="00A2020F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85"/>
      </w:tblGrid>
      <w:tr w:rsidR="00A2020F" w14:paraId="063C2CDE" w14:textId="77777777">
        <w:trPr>
          <w:jc w:val="center"/>
        </w:trPr>
        <w:tc>
          <w:tcPr>
            <w:tcW w:w="9185" w:type="dxa"/>
            <w:tcBorders>
              <w:top w:val="single" w:sz="8" w:space="0" w:color="7F8C8D"/>
              <w:left w:val="single" w:sz="8" w:space="0" w:color="7F8C8D"/>
              <w:bottom w:val="single" w:sz="8" w:space="0" w:color="7F8C8D"/>
              <w:right w:val="single" w:sz="8" w:space="0" w:color="7F8C8D"/>
            </w:tcBorders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817396" w14:textId="77777777" w:rsidR="00A2020F" w:rsidRDefault="00627455">
            <w:pPr>
              <w:spacing w:line="252" w:lineRule="auto"/>
            </w:pPr>
            <w:proofErr w:type="spellStart"/>
            <w:r>
              <w:t>Adatkezelő</w:t>
            </w:r>
            <w:proofErr w:type="spellEnd"/>
            <w:r>
              <w:t xml:space="preserve">: [EGYESÜLET TELJES NEVE], </w:t>
            </w:r>
            <w:proofErr w:type="spellStart"/>
            <w:r>
              <w:t>székhely</w:t>
            </w:r>
            <w:proofErr w:type="spellEnd"/>
            <w:r>
              <w:t xml:space="preserve">: [CÍM], e-mail: [E-MAIL]. A </w:t>
            </w:r>
            <w:proofErr w:type="spellStart"/>
            <w:r>
              <w:t>jelölőíven</w:t>
            </w:r>
            <w:proofErr w:type="spellEnd"/>
            <w:r>
              <w:t xml:space="preserve"> </w:t>
            </w:r>
            <w:proofErr w:type="spellStart"/>
            <w:r>
              <w:t>megadott</w:t>
            </w:r>
            <w:proofErr w:type="spellEnd"/>
            <w:r>
              <w:t xml:space="preserve"> </w:t>
            </w:r>
            <w:proofErr w:type="spellStart"/>
            <w:r>
              <w:t>személyes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a </w:t>
            </w:r>
            <w:proofErr w:type="spellStart"/>
            <w:r>
              <w:t>tisztújításhoz</w:t>
            </w:r>
            <w:proofErr w:type="spellEnd"/>
            <w:r>
              <w:t xml:space="preserve"> </w:t>
            </w:r>
            <w:proofErr w:type="spellStart"/>
            <w:r>
              <w:t>kapcsolódó</w:t>
            </w:r>
            <w:proofErr w:type="spellEnd"/>
            <w:r>
              <w:t xml:space="preserve"> </w:t>
            </w:r>
            <w:proofErr w:type="spellStart"/>
            <w:r>
              <w:t>jelölés</w:t>
            </w:r>
            <w:proofErr w:type="spellEnd"/>
            <w:r>
              <w:t xml:space="preserve"> </w:t>
            </w:r>
            <w:proofErr w:type="spellStart"/>
            <w:r>
              <w:t>befogadása</w:t>
            </w:r>
            <w:proofErr w:type="spellEnd"/>
            <w:r>
              <w:t xml:space="preserve">, </w:t>
            </w:r>
            <w:proofErr w:type="spellStart"/>
            <w:r>
              <w:t>ellenőrzése</w:t>
            </w:r>
            <w:proofErr w:type="spellEnd"/>
            <w:r>
              <w:t xml:space="preserve">, a </w:t>
            </w:r>
            <w:proofErr w:type="spellStart"/>
            <w:r>
              <w:t>jelöltlista</w:t>
            </w:r>
            <w:proofErr w:type="spellEnd"/>
            <w:r>
              <w:t xml:space="preserve"> </w:t>
            </w:r>
            <w:proofErr w:type="spellStart"/>
            <w:r>
              <w:t>összeállítása</w:t>
            </w:r>
            <w:proofErr w:type="spellEnd"/>
            <w:r>
              <w:t xml:space="preserve">, a </w:t>
            </w:r>
            <w:proofErr w:type="spellStart"/>
            <w:r>
              <w:t>választás</w:t>
            </w:r>
            <w:proofErr w:type="spellEnd"/>
            <w:r>
              <w:t xml:space="preserve"> </w:t>
            </w:r>
            <w:proofErr w:type="spellStart"/>
            <w:r>
              <w:t>dokumentálása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esetleges</w:t>
            </w:r>
            <w:proofErr w:type="spellEnd"/>
            <w:r>
              <w:t xml:space="preserve"> </w:t>
            </w:r>
            <w:proofErr w:type="spellStart"/>
            <w:r>
              <w:t>jogviták</w:t>
            </w:r>
            <w:proofErr w:type="spellEnd"/>
            <w:r>
              <w:t xml:space="preserve"> </w:t>
            </w:r>
            <w:proofErr w:type="spellStart"/>
            <w:r>
              <w:t>kezelése</w:t>
            </w:r>
            <w:proofErr w:type="spellEnd"/>
            <w:r>
              <w:t xml:space="preserve"> </w:t>
            </w:r>
            <w:proofErr w:type="spellStart"/>
            <w:r>
              <w:t>céljából</w:t>
            </w:r>
            <w:proofErr w:type="spellEnd"/>
            <w:r>
              <w:t xml:space="preserve"> </w:t>
            </w:r>
            <w:proofErr w:type="spellStart"/>
            <w:r>
              <w:t>kezeli</w:t>
            </w:r>
            <w:proofErr w:type="spellEnd"/>
            <w:r>
              <w:t xml:space="preserve">. A </w:t>
            </w:r>
            <w:proofErr w:type="spellStart"/>
            <w:r>
              <w:t>kötelező</w:t>
            </w:r>
            <w:proofErr w:type="spellEnd"/>
            <w:r>
              <w:t xml:space="preserve">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adatok</w:t>
            </w:r>
            <w:proofErr w:type="spellEnd"/>
            <w:r>
              <w:t xml:space="preserve"> </w:t>
            </w:r>
            <w:proofErr w:type="spellStart"/>
            <w:r>
              <w:t>kezelésének</w:t>
            </w:r>
            <w:proofErr w:type="spellEnd"/>
            <w:r>
              <w:t xml:space="preserve"> </w:t>
            </w:r>
            <w:proofErr w:type="spellStart"/>
            <w:r>
              <w:t>jogalapja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c) </w:t>
            </w:r>
            <w:proofErr w:type="spellStart"/>
            <w:r>
              <w:t>pontja</w:t>
            </w:r>
            <w:proofErr w:type="spellEnd"/>
            <w:r>
              <w:t xml:space="preserve">, a </w:t>
            </w:r>
            <w:proofErr w:type="spellStart"/>
            <w:r>
              <w:t>jelölő</w:t>
            </w:r>
            <w:proofErr w:type="spellEnd"/>
            <w:r>
              <w:t xml:space="preserve"> </w:t>
            </w:r>
            <w:proofErr w:type="spellStart"/>
            <w:r>
              <w:t>személyének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folyamat</w:t>
            </w:r>
            <w:proofErr w:type="spellEnd"/>
            <w:r>
              <w:t xml:space="preserve"> </w:t>
            </w:r>
            <w:proofErr w:type="spellStart"/>
            <w:r>
              <w:t>bizonyíthatóságának</w:t>
            </w:r>
            <w:proofErr w:type="spellEnd"/>
            <w:r>
              <w:t xml:space="preserve"> </w:t>
            </w:r>
            <w:proofErr w:type="spellStart"/>
            <w:r>
              <w:t>adatai</w:t>
            </w:r>
            <w:proofErr w:type="spellEnd"/>
            <w:r>
              <w:t xml:space="preserve"> </w:t>
            </w:r>
            <w:proofErr w:type="spellStart"/>
            <w:r>
              <w:t>tekintetében</w:t>
            </w:r>
            <w:proofErr w:type="spellEnd"/>
            <w:r>
              <w:t xml:space="preserve"> a GDPR 6. </w:t>
            </w:r>
            <w:proofErr w:type="spellStart"/>
            <w:r>
              <w:t>cikk</w:t>
            </w:r>
            <w:proofErr w:type="spellEnd"/>
            <w:r>
              <w:t xml:space="preserve"> (1) </w:t>
            </w:r>
            <w:proofErr w:type="spellStart"/>
            <w:r>
              <w:t>bekezdés</w:t>
            </w:r>
            <w:proofErr w:type="spellEnd"/>
            <w:r>
              <w:t xml:space="preserve"> f) </w:t>
            </w:r>
            <w:proofErr w:type="spellStart"/>
            <w:r>
              <w:t>pontja</w:t>
            </w:r>
            <w:proofErr w:type="spellEnd"/>
            <w:r>
              <w:t xml:space="preserve">. A </w:t>
            </w:r>
            <w:proofErr w:type="spellStart"/>
            <w:r>
              <w:t>kizárólag</w:t>
            </w:r>
            <w:proofErr w:type="spellEnd"/>
            <w:r>
              <w:t xml:space="preserve"> </w:t>
            </w:r>
            <w:proofErr w:type="spellStart"/>
            <w:r>
              <w:t>jelölési</w:t>
            </w:r>
            <w:proofErr w:type="spellEnd"/>
            <w:r>
              <w:t xml:space="preserve"> </w:t>
            </w:r>
            <w:proofErr w:type="spellStart"/>
            <w:r>
              <w:t>iratokban</w:t>
            </w:r>
            <w:proofErr w:type="spellEnd"/>
            <w:r>
              <w:t xml:space="preserve"> </w:t>
            </w:r>
            <w:proofErr w:type="spellStart"/>
            <w:r>
              <w:t>szereplő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</w:t>
            </w:r>
            <w:proofErr w:type="spellStart"/>
            <w:r>
              <w:t>főszabály</w:t>
            </w:r>
            <w:proofErr w:type="spellEnd"/>
            <w:r>
              <w:t xml:space="preserve"> </w:t>
            </w:r>
            <w:proofErr w:type="spellStart"/>
            <w:r>
              <w:t>szerint</w:t>
            </w:r>
            <w:proofErr w:type="spellEnd"/>
            <w:r>
              <w:t xml:space="preserve"> a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határozattól</w:t>
            </w:r>
            <w:proofErr w:type="spellEnd"/>
            <w:r>
              <w:t xml:space="preserve"> </w:t>
            </w:r>
            <w:proofErr w:type="spellStart"/>
            <w:r>
              <w:t>számított</w:t>
            </w:r>
            <w:proofErr w:type="spellEnd"/>
            <w:r>
              <w:t xml:space="preserve"> [1 </w:t>
            </w:r>
            <w:proofErr w:type="spellStart"/>
            <w:r>
              <w:t>évig</w:t>
            </w:r>
            <w:proofErr w:type="spellEnd"/>
            <w:r>
              <w:t xml:space="preserve">], </w:t>
            </w:r>
            <w:proofErr w:type="spellStart"/>
            <w:r>
              <w:t>jogvita</w:t>
            </w:r>
            <w:proofErr w:type="spellEnd"/>
            <w:r>
              <w:t xml:space="preserve"> </w:t>
            </w:r>
            <w:proofErr w:type="spellStart"/>
            <w:r>
              <w:t>esetén</w:t>
            </w:r>
            <w:proofErr w:type="spellEnd"/>
            <w:r>
              <w:t xml:space="preserve"> </w:t>
            </w:r>
            <w:proofErr w:type="spellStart"/>
            <w:r>
              <w:t>annak</w:t>
            </w:r>
            <w:proofErr w:type="spellEnd"/>
            <w:r>
              <w:t xml:space="preserve"> </w:t>
            </w:r>
            <w:proofErr w:type="spellStart"/>
            <w:r>
              <w:t>lezárásáig</w:t>
            </w:r>
            <w:proofErr w:type="spellEnd"/>
            <w:r>
              <w:t xml:space="preserve"> </w:t>
            </w:r>
            <w:proofErr w:type="spellStart"/>
            <w:r>
              <w:t>őrizzük</w:t>
            </w:r>
            <w:proofErr w:type="spellEnd"/>
            <w:r>
              <w:t xml:space="preserve">. A </w:t>
            </w:r>
            <w:proofErr w:type="spellStart"/>
            <w:r>
              <w:t>részletes</w:t>
            </w:r>
            <w:proofErr w:type="spellEnd"/>
            <w:r>
              <w:t xml:space="preserve"> </w:t>
            </w:r>
            <w:proofErr w:type="spellStart"/>
            <w:r>
              <w:t>adatkezelési</w:t>
            </w:r>
            <w:proofErr w:type="spellEnd"/>
            <w:r>
              <w:t xml:space="preserve"> </w:t>
            </w:r>
            <w:proofErr w:type="spellStart"/>
            <w:r>
              <w:t>tájékoztató</w:t>
            </w:r>
            <w:proofErr w:type="spellEnd"/>
            <w:r>
              <w:t xml:space="preserve"> </w:t>
            </w:r>
            <w:proofErr w:type="spellStart"/>
            <w:r>
              <w:t>elérhető</w:t>
            </w:r>
            <w:proofErr w:type="spellEnd"/>
            <w:r>
              <w:t xml:space="preserve">: [URL / TAGI FELÜLET / E-MAILBEN KÉRHETŐ]. Az </w:t>
            </w:r>
            <w:proofErr w:type="spellStart"/>
            <w:r>
              <w:t>érintett</w:t>
            </w:r>
            <w:proofErr w:type="spellEnd"/>
            <w:r>
              <w:t xml:space="preserve"> </w:t>
            </w:r>
            <w:proofErr w:type="spellStart"/>
            <w:r>
              <w:t>hozzáférést</w:t>
            </w:r>
            <w:proofErr w:type="spellEnd"/>
            <w:r>
              <w:t xml:space="preserve">, </w:t>
            </w:r>
            <w:proofErr w:type="spellStart"/>
            <w:r>
              <w:t>helyesbítést</w:t>
            </w:r>
            <w:proofErr w:type="spellEnd"/>
            <w:r>
              <w:t xml:space="preserve">, </w:t>
            </w:r>
            <w:proofErr w:type="spellStart"/>
            <w:r>
              <w:t>törlést</w:t>
            </w:r>
            <w:proofErr w:type="spellEnd"/>
            <w:r>
              <w:t xml:space="preserve">, </w:t>
            </w:r>
            <w:proofErr w:type="spellStart"/>
            <w:r>
              <w:t>korlátozást</w:t>
            </w:r>
            <w:proofErr w:type="spellEnd"/>
            <w:r>
              <w:t xml:space="preserve"> </w:t>
            </w:r>
            <w:proofErr w:type="spellStart"/>
            <w:r>
              <w:t>kérhet</w:t>
            </w:r>
            <w:proofErr w:type="spellEnd"/>
            <w:r>
              <w:t xml:space="preserve">, </w:t>
            </w:r>
            <w:proofErr w:type="spellStart"/>
            <w:r>
              <w:t>valamint</w:t>
            </w:r>
            <w:proofErr w:type="spellEnd"/>
            <w:r>
              <w:t xml:space="preserve"> a </w:t>
            </w:r>
            <w:proofErr w:type="spellStart"/>
            <w:r>
              <w:t>jogos</w:t>
            </w:r>
            <w:proofErr w:type="spellEnd"/>
            <w:r>
              <w:t xml:space="preserve"> </w:t>
            </w:r>
            <w:proofErr w:type="spellStart"/>
            <w:r>
              <w:t>érdeken</w:t>
            </w:r>
            <w:proofErr w:type="spellEnd"/>
            <w:r>
              <w:t xml:space="preserve"> </w:t>
            </w:r>
            <w:proofErr w:type="spellStart"/>
            <w:r>
              <w:t>alapuló</w:t>
            </w:r>
            <w:proofErr w:type="spellEnd"/>
            <w:r>
              <w:t xml:space="preserve"> </w:t>
            </w:r>
            <w:proofErr w:type="spellStart"/>
            <w:r>
              <w:t>adatkezelés</w:t>
            </w:r>
            <w:proofErr w:type="spellEnd"/>
            <w:r>
              <w:t xml:space="preserve"> </w:t>
            </w:r>
            <w:proofErr w:type="spellStart"/>
            <w:r>
              <w:t>ellen</w:t>
            </w:r>
            <w:proofErr w:type="spellEnd"/>
            <w:r>
              <w:t xml:space="preserve"> </w:t>
            </w:r>
            <w:proofErr w:type="spellStart"/>
            <w:r>
              <w:t>tiltakozhat</w:t>
            </w:r>
            <w:proofErr w:type="spellEnd"/>
            <w:r>
              <w:t xml:space="preserve">; </w:t>
            </w:r>
            <w:proofErr w:type="spellStart"/>
            <w:r>
              <w:t>panaszt</w:t>
            </w:r>
            <w:proofErr w:type="spellEnd"/>
            <w:r>
              <w:t xml:space="preserve"> </w:t>
            </w:r>
            <w:proofErr w:type="spellStart"/>
            <w:r>
              <w:t>tehet</w:t>
            </w:r>
            <w:proofErr w:type="spellEnd"/>
            <w:r>
              <w:t xml:space="preserve"> a NAIH-</w:t>
            </w:r>
            <w:proofErr w:type="spellStart"/>
            <w:r>
              <w:t>nál</w:t>
            </w:r>
            <w:proofErr w:type="spellEnd"/>
            <w:r>
              <w:t xml:space="preserve">, </w:t>
            </w:r>
            <w:proofErr w:type="spellStart"/>
            <w:r>
              <w:t>illetve</w:t>
            </w:r>
            <w:proofErr w:type="spellEnd"/>
            <w:r>
              <w:t xml:space="preserve"> </w:t>
            </w:r>
            <w:proofErr w:type="spellStart"/>
            <w:r>
              <w:t>bírósághoz</w:t>
            </w:r>
            <w:proofErr w:type="spellEnd"/>
            <w:r>
              <w:t xml:space="preserve"> </w:t>
            </w:r>
            <w:proofErr w:type="spellStart"/>
            <w:r>
              <w:t>fordulhat</w:t>
            </w:r>
            <w:proofErr w:type="spellEnd"/>
            <w:r>
              <w:t>.</w:t>
            </w:r>
          </w:p>
        </w:tc>
      </w:tr>
    </w:tbl>
    <w:p w14:paraId="4D91FF4A" w14:textId="77777777" w:rsidR="00A2020F" w:rsidRDefault="00A2020F"/>
    <w:p w14:paraId="74FB8E06" w14:textId="77777777" w:rsidR="00A2020F" w:rsidRDefault="00627455">
      <w:pPr>
        <w:spacing w:after="100"/>
      </w:pPr>
      <w:r>
        <w:rPr>
          <w:lang w:val="hu-HU"/>
        </w:rPr>
        <w:t>[Online űrlapnál javasolt visszaigazolás:]</w:t>
      </w:r>
    </w:p>
    <w:p w14:paraId="71847BB4" w14:textId="77777777" w:rsidR="00A2020F" w:rsidRDefault="00627455">
      <w:pPr>
        <w:spacing w:after="100"/>
      </w:pPr>
      <w:r>
        <w:rPr>
          <w:i/>
          <w:lang w:val="hu-HU"/>
        </w:rPr>
        <w:t>[ ] Megismertem az adatkezelési tájékoztatót. (Ez tudomásulvétel, nem a kötelező adatkezeléshez adott hozzájárulás.)</w:t>
      </w:r>
    </w:p>
    <w:p w14:paraId="028AAE97" w14:textId="77777777" w:rsidR="00A2020F" w:rsidRDefault="00627455">
      <w:pPr>
        <w:pStyle w:val="Cmsor1"/>
      </w:pPr>
      <w:r>
        <w:rPr>
          <w:lang w:val="hu-HU"/>
        </w:rPr>
        <w:t>2. melléklet – Hozzájáruló nyilatkozat a jelölt adatainak nyilvános közzétételéhez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A2020F" w14:paraId="4200D7AF" w14:textId="77777777">
        <w:trPr>
          <w:jc w:val="center"/>
        </w:trPr>
        <w:tc>
          <w:tcPr>
            <w:tcW w:w="9298" w:type="dxa"/>
            <w:tcBorders>
              <w:top w:val="single" w:sz="8" w:space="0" w:color="D6B656"/>
              <w:left w:val="single" w:sz="8" w:space="0" w:color="D6B656"/>
              <w:bottom w:val="single" w:sz="8" w:space="0" w:color="D6B656"/>
              <w:right w:val="single" w:sz="8" w:space="0" w:color="D6B656"/>
            </w:tcBorders>
            <w:shd w:val="clear" w:color="auto" w:fill="FFF4D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8969F" w14:textId="77777777" w:rsidR="00A2020F" w:rsidRDefault="00627455">
            <w:pPr>
              <w:spacing w:after="60"/>
            </w:pPr>
            <w:proofErr w:type="spellStart"/>
            <w:r>
              <w:rPr>
                <w:b/>
                <w:color w:val="1F4E79"/>
              </w:rPr>
              <w:t>Fontos</w:t>
            </w:r>
            <w:proofErr w:type="spellEnd"/>
          </w:p>
          <w:p w14:paraId="6A971B57" w14:textId="77777777" w:rsidR="00A2020F" w:rsidRDefault="00627455">
            <w:pPr>
              <w:spacing w:after="0" w:line="252" w:lineRule="auto"/>
            </w:pPr>
            <w:proofErr w:type="spellStart"/>
            <w:r>
              <w:t>Ezt</w:t>
            </w:r>
            <w:proofErr w:type="spellEnd"/>
            <w:r>
              <w:t xml:space="preserve"> a </w:t>
            </w:r>
            <w:proofErr w:type="spellStart"/>
            <w:r>
              <w:t>nyilatkozatot</w:t>
            </w:r>
            <w:proofErr w:type="spellEnd"/>
            <w:r>
              <w:t xml:space="preserve"> </w:t>
            </w:r>
            <w:proofErr w:type="spellStart"/>
            <w:r>
              <w:t>külön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kezelni</w:t>
            </w:r>
            <w:proofErr w:type="spellEnd"/>
            <w:r>
              <w:t xml:space="preserve"> a </w:t>
            </w:r>
            <w:proofErr w:type="spellStart"/>
            <w:r>
              <w:t>jelöltség</w:t>
            </w:r>
            <w:proofErr w:type="spellEnd"/>
            <w:r>
              <w:t xml:space="preserve"> </w:t>
            </w:r>
            <w:proofErr w:type="spellStart"/>
            <w:r>
              <w:t>elfogadásától</w:t>
            </w:r>
            <w:proofErr w:type="spellEnd"/>
            <w:r>
              <w:t xml:space="preserve">. A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akkor</w:t>
            </w:r>
            <w:proofErr w:type="spellEnd"/>
            <w:r>
              <w:t xml:space="preserve"> is </w:t>
            </w:r>
            <w:proofErr w:type="spellStart"/>
            <w:r>
              <w:t>teljes</w:t>
            </w:r>
            <w:proofErr w:type="spellEnd"/>
            <w:r>
              <w:t xml:space="preserve"> </w:t>
            </w:r>
            <w:proofErr w:type="spellStart"/>
            <w:r>
              <w:t>jogú</w:t>
            </w:r>
            <w:proofErr w:type="spellEnd"/>
            <w:r>
              <w:t xml:space="preserve"> </w:t>
            </w:r>
            <w:proofErr w:type="spellStart"/>
            <w:r>
              <w:t>jelölt</w:t>
            </w:r>
            <w:proofErr w:type="spellEnd"/>
            <w:r>
              <w:t xml:space="preserve"> </w:t>
            </w:r>
            <w:proofErr w:type="spellStart"/>
            <w:r>
              <w:t>marad</w:t>
            </w:r>
            <w:proofErr w:type="spellEnd"/>
            <w:r>
              <w:t xml:space="preserve">, ha a </w:t>
            </w:r>
            <w:proofErr w:type="spellStart"/>
            <w:r>
              <w:t>nyilvános</w:t>
            </w:r>
            <w:proofErr w:type="spellEnd"/>
            <w:r>
              <w:t xml:space="preserve"> </w:t>
            </w:r>
            <w:proofErr w:type="spellStart"/>
            <w:r>
              <w:t>közzétételhez</w:t>
            </w:r>
            <w:proofErr w:type="spellEnd"/>
            <w:r>
              <w:t xml:space="preserve"> </w:t>
            </w:r>
            <w:proofErr w:type="spellStart"/>
            <w:r>
              <w:t>nem</w:t>
            </w:r>
            <w:proofErr w:type="spellEnd"/>
            <w:r>
              <w:t xml:space="preserve"> </w:t>
            </w:r>
            <w:proofErr w:type="spellStart"/>
            <w:r>
              <w:t>járul</w:t>
            </w:r>
            <w:proofErr w:type="spellEnd"/>
            <w:r>
              <w:t xml:space="preserve"> </w:t>
            </w:r>
            <w:proofErr w:type="spellStart"/>
            <w:r>
              <w:t>hozzá</w:t>
            </w:r>
            <w:proofErr w:type="spellEnd"/>
            <w:r>
              <w:t>.</w:t>
            </w:r>
          </w:p>
        </w:tc>
      </w:tr>
    </w:tbl>
    <w:p w14:paraId="355F30D0" w14:textId="77777777" w:rsidR="00A2020F" w:rsidRDefault="00A2020F">
      <w:pPr>
        <w:spacing w:after="0"/>
      </w:pPr>
    </w:p>
    <w:p w14:paraId="1FE0660B" w14:textId="77777777" w:rsidR="00A2020F" w:rsidRDefault="00627455">
      <w:pPr>
        <w:spacing w:after="100"/>
      </w:pPr>
      <w:r>
        <w:rPr>
          <w:lang w:val="hu-HU"/>
        </w:rPr>
        <w:t xml:space="preserve">Alulírott [JELÖLT NEVE] a GDPR 6. cikk (1) bekezdés a) pontja alapján önkéntesen hozzájárulok ahhoz, hogy az [EGYESÜLET NEVE] az alább megjelölt adataimat a tisztújításhoz kapcsolódó nyilvános tájékoztatás céljából kezelje és </w:t>
      </w:r>
      <w:proofErr w:type="spellStart"/>
      <w:r>
        <w:rPr>
          <w:lang w:val="hu-HU"/>
        </w:rPr>
        <w:t>közzétegye</w:t>
      </w:r>
      <w:proofErr w:type="spellEnd"/>
      <w:r>
        <w:rPr>
          <w:lang w:val="hu-HU"/>
        </w:rPr>
        <w:t>:</w:t>
      </w:r>
    </w:p>
    <w:p w14:paraId="7EB77C99" w14:textId="77777777" w:rsidR="00A2020F" w:rsidRDefault="00627455">
      <w:pPr>
        <w:spacing w:after="100"/>
      </w:pPr>
      <w:r>
        <w:rPr>
          <w:lang w:val="hu-HU"/>
        </w:rPr>
        <w:t>[ ] nevem és a megpályázott tisztség</w:t>
      </w:r>
    </w:p>
    <w:p w14:paraId="6033FA28" w14:textId="77777777" w:rsidR="00A2020F" w:rsidRDefault="00627455">
      <w:pPr>
        <w:spacing w:after="100"/>
      </w:pPr>
      <w:r>
        <w:rPr>
          <w:lang w:val="hu-HU"/>
        </w:rPr>
        <w:t>[ ] fényképem</w:t>
      </w:r>
    </w:p>
    <w:p w14:paraId="4510C50B" w14:textId="77777777" w:rsidR="00A2020F" w:rsidRDefault="00627455">
      <w:pPr>
        <w:spacing w:after="100"/>
      </w:pPr>
      <w:r>
        <w:rPr>
          <w:lang w:val="hu-HU"/>
        </w:rPr>
        <w:t>[ ] az általam jóváhagyott rövid bemutatkozás</w:t>
      </w:r>
    </w:p>
    <w:p w14:paraId="2F642225" w14:textId="77777777" w:rsidR="00A2020F" w:rsidRDefault="00627455">
      <w:pPr>
        <w:spacing w:after="100"/>
      </w:pPr>
      <w:r>
        <w:rPr>
          <w:lang w:val="hu-HU"/>
        </w:rPr>
        <w:t>[ ] az általam jóváhagyott jelölti program</w:t>
      </w:r>
    </w:p>
    <w:p w14:paraId="2F7EB58B" w14:textId="77777777" w:rsidR="00A2020F" w:rsidRDefault="00627455">
      <w:pPr>
        <w:spacing w:after="100"/>
      </w:pPr>
      <w:r>
        <w:rPr>
          <w:lang w:val="hu-HU"/>
        </w:rPr>
        <w:t>Közzétételi felület(</w:t>
      </w:r>
      <w:proofErr w:type="spellStart"/>
      <w:r>
        <w:rPr>
          <w:lang w:val="hu-HU"/>
        </w:rPr>
        <w:t>ek</w:t>
      </w:r>
      <w:proofErr w:type="spellEnd"/>
      <w:r>
        <w:rPr>
          <w:lang w:val="hu-HU"/>
        </w:rPr>
        <w:t>): [HONLAP PONTOS CÍME], [KÖZÖSSÉGI MÉDIA-FELÜLET].</w:t>
      </w:r>
    </w:p>
    <w:p w14:paraId="2B074FA4" w14:textId="77777777" w:rsidR="00A2020F" w:rsidRDefault="00627455">
      <w:pPr>
        <w:spacing w:after="100"/>
      </w:pPr>
      <w:r>
        <w:rPr>
          <w:lang w:val="hu-HU"/>
        </w:rPr>
        <w:t>Közzététel időtartama: [KEZDŐNAP] napjától [ZÁRÓNAP] napjáig, illetve a hozzájárulás visszavonásáig.</w:t>
      </w:r>
    </w:p>
    <w:p w14:paraId="52871E9E" w14:textId="77777777" w:rsidR="00A2020F" w:rsidRDefault="00627455">
      <w:pPr>
        <w:spacing w:after="100"/>
      </w:pPr>
      <w:r>
        <w:rPr>
          <w:lang w:val="hu-HU"/>
        </w:rPr>
        <w:t>Tudomásul veszem, hogy a hozzájárulásomat a(z) [E-MAIL-CÍM] címen bármikor, indokolás nélkül visszavonhatom. A visszavonás nem érinti a korábbi adatkezelés jogszerűségét, a jelöltségemet vagy a választásban való részvételemet. Tudomásul veszem azt is, hogy az interneten közzétett tartalmat harmadik személyek lementhetik vagy továbbíthatják, ezért annak teljes visszahívása nem minden esetben lehetséges.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010"/>
      </w:tblGrid>
      <w:tr w:rsidR="00A2020F" w14:paraId="712DF0D2" w14:textId="77777777">
        <w:trPr>
          <w:jc w:val="center"/>
        </w:trPr>
        <w:tc>
          <w:tcPr>
            <w:tcW w:w="2948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E7DA6" w14:textId="77777777" w:rsidR="00A2020F" w:rsidRDefault="00627455">
            <w:proofErr w:type="spellStart"/>
            <w:r>
              <w:rPr>
                <w:b/>
              </w:rPr>
              <w:t>Kelt</w:t>
            </w:r>
            <w:proofErr w:type="spellEnd"/>
          </w:p>
        </w:tc>
        <w:tc>
          <w:tcPr>
            <w:tcW w:w="60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171282" w14:textId="77777777" w:rsidR="00A2020F" w:rsidRDefault="00627455">
            <w:r>
              <w:t>[TELEPÜLÉS, DÁTUM]</w:t>
            </w:r>
          </w:p>
        </w:tc>
      </w:tr>
      <w:tr w:rsidR="00A2020F" w14:paraId="1703FEDC" w14:textId="77777777">
        <w:trPr>
          <w:jc w:val="center"/>
        </w:trPr>
        <w:tc>
          <w:tcPr>
            <w:tcW w:w="2948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7CA233" w14:textId="77777777" w:rsidR="00A2020F" w:rsidRDefault="00627455">
            <w:proofErr w:type="spellStart"/>
            <w:r>
              <w:rPr>
                <w:b/>
              </w:rPr>
              <w:lastRenderedPageBreak/>
              <w:t>Jelölt</w:t>
            </w:r>
            <w:proofErr w:type="spellEnd"/>
            <w:r>
              <w:rPr>
                <w:b/>
              </w:rPr>
              <w:t xml:space="preserve"> neve</w:t>
            </w:r>
          </w:p>
        </w:tc>
        <w:tc>
          <w:tcPr>
            <w:tcW w:w="60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674662" w14:textId="77777777" w:rsidR="00A2020F" w:rsidRDefault="00627455">
            <w:r>
              <w:t>[NÉV]</w:t>
            </w:r>
          </w:p>
        </w:tc>
      </w:tr>
      <w:tr w:rsidR="00A2020F" w14:paraId="67375CE1" w14:textId="77777777">
        <w:trPr>
          <w:jc w:val="center"/>
        </w:trPr>
        <w:tc>
          <w:tcPr>
            <w:tcW w:w="2948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550EEC" w14:textId="77777777" w:rsidR="00A2020F" w:rsidRDefault="00627455">
            <w:proofErr w:type="spellStart"/>
            <w:r>
              <w:rPr>
                <w:b/>
              </w:rPr>
              <w:t>Jelölt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aláírása</w:t>
            </w:r>
            <w:proofErr w:type="spellEnd"/>
          </w:p>
        </w:tc>
        <w:tc>
          <w:tcPr>
            <w:tcW w:w="60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2A34C6" w14:textId="77777777" w:rsidR="00A2020F" w:rsidRDefault="00A2020F"/>
        </w:tc>
      </w:tr>
      <w:tr w:rsidR="00A2020F" w14:paraId="56FD5192" w14:textId="77777777">
        <w:trPr>
          <w:jc w:val="center"/>
        </w:trPr>
        <w:tc>
          <w:tcPr>
            <w:tcW w:w="2948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3127B" w14:textId="77777777" w:rsidR="00A2020F" w:rsidRDefault="00627455">
            <w:proofErr w:type="spellStart"/>
            <w:r>
              <w:rPr>
                <w:b/>
              </w:rPr>
              <w:t>Hozzájárulás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visszavonásának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módja</w:t>
            </w:r>
            <w:proofErr w:type="spellEnd"/>
          </w:p>
        </w:tc>
        <w:tc>
          <w:tcPr>
            <w:tcW w:w="601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18E45A" w14:textId="77777777" w:rsidR="00A2020F" w:rsidRDefault="00627455">
            <w:r>
              <w:t>[E-MAIL / POSTAI CÍM]</w:t>
            </w:r>
          </w:p>
        </w:tc>
      </w:tr>
    </w:tbl>
    <w:p w14:paraId="4F2F3810" w14:textId="77777777" w:rsidR="00A2020F" w:rsidRDefault="00627455">
      <w:pPr>
        <w:pStyle w:val="Cmsor1"/>
      </w:pPr>
      <w:r>
        <w:rPr>
          <w:lang w:val="hu-HU"/>
        </w:rPr>
        <w:t>3. melléklet – Bevezetés előtti ellenőrzőlista az Egyesület részére</w:t>
      </w:r>
    </w:p>
    <w:p w14:paraId="61869879" w14:textId="77777777" w:rsidR="00A2020F" w:rsidRDefault="00627455">
      <w:pPr>
        <w:spacing w:after="60"/>
      </w:pPr>
      <w:r>
        <w:rPr>
          <w:lang w:val="hu-HU"/>
        </w:rPr>
        <w:t>[ ] Az adatkezelő neve, címe, nyilvántartási száma, képviselője és adatvédelmi kapcsolati címe ki van töltve.</w:t>
      </w:r>
    </w:p>
    <w:p w14:paraId="039451EC" w14:textId="77777777" w:rsidR="00A2020F" w:rsidRDefault="00627455">
      <w:pPr>
        <w:spacing w:after="60"/>
      </w:pPr>
      <w:r>
        <w:rPr>
          <w:lang w:val="hu-HU"/>
        </w:rPr>
        <w:t>[ ] A jelölési folyamat tényleges lépései és a kezelt adatok köre megfelel a tájékoztatóban foglaltaknak.</w:t>
      </w:r>
    </w:p>
    <w:p w14:paraId="6C1776CA" w14:textId="77777777" w:rsidR="00A2020F" w:rsidRDefault="00627455">
      <w:pPr>
        <w:spacing w:after="60"/>
      </w:pPr>
      <w:r>
        <w:rPr>
          <w:lang w:val="hu-HU"/>
        </w:rPr>
        <w:t>[ ] A jelölő- / választási bizottság hozzáférési jogosultságai írásban meghatározottak.</w:t>
      </w:r>
    </w:p>
    <w:p w14:paraId="5B351C17" w14:textId="77777777" w:rsidR="00A2020F" w:rsidRDefault="00627455">
      <w:pPr>
        <w:spacing w:after="60"/>
      </w:pPr>
      <w:r>
        <w:rPr>
          <w:lang w:val="hu-HU"/>
        </w:rPr>
        <w:t>[ ] A jelöltek lakcíme, aláírása, anyja születési neve és kizáró okra vonatkozó nyilatkozata nem kerül a tagság részére megküldésre.</w:t>
      </w:r>
    </w:p>
    <w:p w14:paraId="1F83902D" w14:textId="77777777" w:rsidR="00A2020F" w:rsidRDefault="00627455">
      <w:pPr>
        <w:spacing w:after="60"/>
      </w:pPr>
      <w:r>
        <w:rPr>
          <w:lang w:val="hu-HU"/>
        </w:rPr>
        <w:t>[ ] A nyilvános honlapos vagy közösségi médiás közzétételhez külön, bizonyítható hozzájárulás készül.</w:t>
      </w:r>
    </w:p>
    <w:p w14:paraId="153EBE74" w14:textId="77777777" w:rsidR="00A2020F" w:rsidRDefault="00627455">
      <w:pPr>
        <w:spacing w:after="60"/>
      </w:pPr>
      <w:r>
        <w:rPr>
          <w:lang w:val="hu-HU"/>
        </w:rPr>
        <w:t>[ ] Az adatfeldolgozók – e-mail, felhő, űrlap, tárhely – konkrétan szerepelnek a tájékoztatóban, és a szükséges szerződések rendelkezésre állnak.</w:t>
      </w:r>
    </w:p>
    <w:p w14:paraId="231D3325" w14:textId="77777777" w:rsidR="00A2020F" w:rsidRDefault="00627455">
      <w:pPr>
        <w:spacing w:after="60"/>
      </w:pPr>
      <w:r>
        <w:rPr>
          <w:lang w:val="hu-HU"/>
        </w:rPr>
        <w:t>[ ] Az EGT-n kívüli adattovábbítás ténye és garanciája ellenőrzött.</w:t>
      </w:r>
    </w:p>
    <w:p w14:paraId="323FE577" w14:textId="77777777" w:rsidR="00A2020F" w:rsidRDefault="00627455">
      <w:pPr>
        <w:spacing w:after="60"/>
      </w:pPr>
      <w:r>
        <w:rPr>
          <w:lang w:val="hu-HU"/>
        </w:rPr>
        <w:t>[ ] A jelölési iratok törlési / megsemmisítési dátuma előre rögzített; jogvita esetére megőrzési zárolás alkalmazható.</w:t>
      </w:r>
    </w:p>
    <w:p w14:paraId="5852C398" w14:textId="77777777" w:rsidR="00A2020F" w:rsidRDefault="00627455">
      <w:pPr>
        <w:spacing w:after="60"/>
      </w:pPr>
      <w:r>
        <w:rPr>
          <w:lang w:val="hu-HU"/>
        </w:rPr>
        <w:t>[ ] A közgyűlési jegyzőkönyv, jelenléti ív és határozatok iratkezelési rendje rendezett.</w:t>
      </w:r>
    </w:p>
    <w:p w14:paraId="7A26955A" w14:textId="77777777" w:rsidR="00A2020F" w:rsidRDefault="00627455">
      <w:pPr>
        <w:spacing w:after="60"/>
      </w:pPr>
      <w:r>
        <w:rPr>
          <w:lang w:val="hu-HU"/>
        </w:rPr>
        <w:t>[ ] A megválasztott tisztségviselők változásbejegyzéséhez csak a jogszabály és az űrlap által szükséges adatokat kérik be.</w:t>
      </w:r>
    </w:p>
    <w:p w14:paraId="353C968E" w14:textId="77777777" w:rsidR="00A2020F" w:rsidRDefault="00627455">
      <w:pPr>
        <w:spacing w:after="60"/>
      </w:pPr>
      <w:r>
        <w:rPr>
          <w:lang w:val="hu-HU"/>
        </w:rPr>
        <w:t>[ ] A jelöltek és jelölők számára a részletes tájékoztató a személyes adatok gyűjtésekor ténylegesen elérhető.</w:t>
      </w:r>
    </w:p>
    <w:p w14:paraId="70689EF9" w14:textId="77777777" w:rsidR="00A2020F" w:rsidRDefault="00627455">
      <w:pPr>
        <w:spacing w:after="60"/>
      </w:pPr>
      <w:r>
        <w:rPr>
          <w:lang w:val="hu-HU"/>
        </w:rPr>
        <w:t>[ ] A NAIH elérhetősége és a dokumentum hatálybalépési dátuma naprakész.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298"/>
      </w:tblGrid>
      <w:tr w:rsidR="00A2020F" w14:paraId="33D29F97" w14:textId="77777777">
        <w:trPr>
          <w:jc w:val="center"/>
        </w:trPr>
        <w:tc>
          <w:tcPr>
            <w:tcW w:w="9298" w:type="dxa"/>
            <w:tcBorders>
              <w:top w:val="single" w:sz="8" w:space="0" w:color="9FBAD0"/>
              <w:left w:val="single" w:sz="8" w:space="0" w:color="9FBAD0"/>
              <w:bottom w:val="single" w:sz="8" w:space="0" w:color="9FBAD0"/>
              <w:right w:val="single" w:sz="8" w:space="0" w:color="9FBAD0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A7AB0B" w14:textId="77777777" w:rsidR="00A2020F" w:rsidRDefault="00627455">
            <w:pPr>
              <w:spacing w:after="60"/>
            </w:pPr>
            <w:proofErr w:type="spellStart"/>
            <w:r>
              <w:rPr>
                <w:b/>
                <w:color w:val="1F4E79"/>
              </w:rPr>
              <w:t>Végső</w:t>
            </w:r>
            <w:proofErr w:type="spellEnd"/>
            <w:r>
              <w:rPr>
                <w:b/>
                <w:color w:val="1F4E79"/>
              </w:rPr>
              <w:t xml:space="preserve"> </w:t>
            </w:r>
            <w:proofErr w:type="spellStart"/>
            <w:r>
              <w:rPr>
                <w:b/>
                <w:color w:val="1F4E79"/>
              </w:rPr>
              <w:t>megjegyzés</w:t>
            </w:r>
            <w:proofErr w:type="spellEnd"/>
          </w:p>
          <w:p w14:paraId="5359B71C" w14:textId="77777777" w:rsidR="00A2020F" w:rsidRDefault="00627455">
            <w:pPr>
              <w:spacing w:after="0" w:line="252" w:lineRule="auto"/>
            </w:pPr>
            <w:r>
              <w:t xml:space="preserve">A </w:t>
            </w:r>
            <w:proofErr w:type="spellStart"/>
            <w:r>
              <w:t>tisztújítás</w:t>
            </w:r>
            <w:proofErr w:type="spellEnd"/>
            <w:r>
              <w:t xml:space="preserve"> </w:t>
            </w:r>
            <w:proofErr w:type="spellStart"/>
            <w:r>
              <w:t>konkrét</w:t>
            </w:r>
            <w:proofErr w:type="spellEnd"/>
            <w:r>
              <w:t xml:space="preserve"> </w:t>
            </w:r>
            <w:proofErr w:type="spellStart"/>
            <w:r>
              <w:t>szabályait</w:t>
            </w:r>
            <w:proofErr w:type="spellEnd"/>
            <w:r>
              <w:t xml:space="preserve"> </w:t>
            </w:r>
            <w:proofErr w:type="spellStart"/>
            <w:r>
              <w:t>elsődlegesen</w:t>
            </w:r>
            <w:proofErr w:type="spellEnd"/>
            <w:r>
              <w:t xml:space="preserve"> </w:t>
            </w:r>
            <w:proofErr w:type="spellStart"/>
            <w:r>
              <w:t>az</w:t>
            </w:r>
            <w:proofErr w:type="spellEnd"/>
            <w:r>
              <w:t xml:space="preserve"> </w:t>
            </w:r>
            <w:proofErr w:type="spellStart"/>
            <w:r>
              <w:t>Egyesület</w:t>
            </w:r>
            <w:proofErr w:type="spellEnd"/>
            <w:r>
              <w:t xml:space="preserve"> </w:t>
            </w:r>
            <w:proofErr w:type="spellStart"/>
            <w:r>
              <w:t>alapszabálya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esetleges</w:t>
            </w:r>
            <w:proofErr w:type="spellEnd"/>
            <w:r>
              <w:t xml:space="preserve"> </w:t>
            </w:r>
            <w:proofErr w:type="spellStart"/>
            <w:r>
              <w:t>választási</w:t>
            </w:r>
            <w:proofErr w:type="spellEnd"/>
            <w:r>
              <w:t xml:space="preserve"> </w:t>
            </w:r>
            <w:proofErr w:type="spellStart"/>
            <w:r>
              <w:t>szabályzata</w:t>
            </w:r>
            <w:proofErr w:type="spellEnd"/>
            <w:r>
              <w:t xml:space="preserve"> </w:t>
            </w:r>
            <w:proofErr w:type="spellStart"/>
            <w:r>
              <w:t>határozza</w:t>
            </w:r>
            <w:proofErr w:type="spellEnd"/>
            <w:r>
              <w:t xml:space="preserve"> meg. A </w:t>
            </w:r>
            <w:proofErr w:type="spellStart"/>
            <w:r>
              <w:t>személyes</w:t>
            </w:r>
            <w:proofErr w:type="spellEnd"/>
            <w:r>
              <w:t xml:space="preserve"> </w:t>
            </w:r>
            <w:proofErr w:type="spellStart"/>
            <w:r>
              <w:t>adatokat</w:t>
            </w:r>
            <w:proofErr w:type="spellEnd"/>
            <w:r>
              <w:t xml:space="preserve"> </w:t>
            </w:r>
            <w:proofErr w:type="spellStart"/>
            <w:r>
              <w:t>mindig</w:t>
            </w:r>
            <w:proofErr w:type="spellEnd"/>
            <w:r>
              <w:t xml:space="preserve"> </w:t>
            </w:r>
            <w:proofErr w:type="spellStart"/>
            <w:r>
              <w:t>ezekhez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a </w:t>
            </w:r>
            <w:proofErr w:type="spellStart"/>
            <w:r>
              <w:t>tényleges</w:t>
            </w:r>
            <w:proofErr w:type="spellEnd"/>
            <w:r>
              <w:t xml:space="preserve"> </w:t>
            </w:r>
            <w:proofErr w:type="spellStart"/>
            <w:r>
              <w:t>folyamathoz</w:t>
            </w:r>
            <w:proofErr w:type="spellEnd"/>
            <w:r>
              <w:t xml:space="preserve"> </w:t>
            </w:r>
            <w:proofErr w:type="spellStart"/>
            <w:r>
              <w:t>igazodó</w:t>
            </w:r>
            <w:proofErr w:type="spellEnd"/>
            <w:r>
              <w:t xml:space="preserve">, </w:t>
            </w:r>
            <w:proofErr w:type="spellStart"/>
            <w:r>
              <w:t>legszűkebb</w:t>
            </w:r>
            <w:proofErr w:type="spellEnd"/>
            <w:r>
              <w:t xml:space="preserve"> </w:t>
            </w:r>
            <w:proofErr w:type="spellStart"/>
            <w:r>
              <w:t>szükséges</w:t>
            </w:r>
            <w:proofErr w:type="spellEnd"/>
            <w:r>
              <w:t xml:space="preserve"> </w:t>
            </w:r>
            <w:proofErr w:type="spellStart"/>
            <w:r>
              <w:t>körben</w:t>
            </w:r>
            <w:proofErr w:type="spellEnd"/>
            <w:r>
              <w:t xml:space="preserve"> </w:t>
            </w:r>
            <w:proofErr w:type="spellStart"/>
            <w:r>
              <w:t>kell</w:t>
            </w:r>
            <w:proofErr w:type="spellEnd"/>
            <w:r>
              <w:t xml:space="preserve"> </w:t>
            </w:r>
            <w:proofErr w:type="spellStart"/>
            <w:r>
              <w:t>kezelni</w:t>
            </w:r>
            <w:proofErr w:type="spellEnd"/>
            <w:r>
              <w:t>.</w:t>
            </w:r>
          </w:p>
        </w:tc>
      </w:tr>
    </w:tbl>
    <w:p w14:paraId="32412558" w14:textId="77777777" w:rsidR="00A2020F" w:rsidRDefault="00A2020F">
      <w:pPr>
        <w:spacing w:after="0"/>
      </w:pPr>
    </w:p>
    <w:sectPr w:rsidR="00A2020F" w:rsidSect="00034616">
      <w:headerReference w:type="default" r:id="rId9"/>
      <w:footerReference w:type="default" r:id="rId10"/>
      <w:pgSz w:w="12240" w:h="15840"/>
      <w:pgMar w:top="1020" w:right="1191" w:bottom="964" w:left="119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5CBB5" w14:textId="77777777" w:rsidR="00C02412" w:rsidRDefault="00C02412">
      <w:pPr>
        <w:spacing w:after="0" w:line="240" w:lineRule="auto"/>
      </w:pPr>
      <w:r>
        <w:separator/>
      </w:r>
    </w:p>
  </w:endnote>
  <w:endnote w:type="continuationSeparator" w:id="0">
    <w:p w14:paraId="7A643F2B" w14:textId="77777777" w:rsidR="00C02412" w:rsidRDefault="00C0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6017" w14:textId="19D78580" w:rsidR="00A2020F" w:rsidRDefault="00DD28EB" w:rsidP="00DD28EB">
    <w:pPr>
      <w:pStyle w:val="llb"/>
      <w:tabs>
        <w:tab w:val="center" w:pos="4929"/>
        <w:tab w:val="left" w:pos="6660"/>
      </w:tabs>
    </w:pPr>
    <w:r>
      <w:tab/>
    </w:r>
    <w:r>
      <w:fldChar w:fldCharType="begin"/>
    </w:r>
    <w:r>
      <w:instrText>PAGE</w:instrText>
    </w:r>
    <w:r>
      <w:fldChar w:fldCharType="separate"/>
    </w:r>
    <w:r w:rsidR="00B0554B">
      <w:rPr>
        <w:noProof/>
      </w:rP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B0554B">
      <w:rPr>
        <w:noProof/>
      </w:rPr>
      <w:t>2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B482" w14:textId="77777777" w:rsidR="00C02412" w:rsidRDefault="00C02412">
      <w:pPr>
        <w:spacing w:after="0" w:line="240" w:lineRule="auto"/>
      </w:pPr>
      <w:r>
        <w:separator/>
      </w:r>
    </w:p>
  </w:footnote>
  <w:footnote w:type="continuationSeparator" w:id="0">
    <w:p w14:paraId="65326989" w14:textId="77777777" w:rsidR="00C02412" w:rsidRDefault="00C0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5000" w14:textId="2F160F12" w:rsidR="00A2020F" w:rsidRDefault="00627455">
    <w:pPr>
      <w:pStyle w:val="lfej"/>
      <w:jc w:val="right"/>
    </w:pPr>
    <w:r>
      <w:rPr>
        <w:b/>
        <w:color w:val="4A6175"/>
        <w:sz w:val="17"/>
      </w:rPr>
      <w:t xml:space="preserve">ADATKEZELÉSI TÁJÉKOZTATÓ  </w:t>
    </w:r>
    <w:r w:rsidR="00DD28EB">
      <w:rPr>
        <w:b/>
        <w:color w:val="4A6175"/>
        <w:sz w:val="17"/>
      </w:rPr>
      <w:t>Magyar Levéltárosok Egyesülete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0905406">
    <w:abstractNumId w:val="8"/>
  </w:num>
  <w:num w:numId="2" w16cid:durableId="1412388560">
    <w:abstractNumId w:val="6"/>
  </w:num>
  <w:num w:numId="3" w16cid:durableId="209414958">
    <w:abstractNumId w:val="5"/>
  </w:num>
  <w:num w:numId="4" w16cid:durableId="640381638">
    <w:abstractNumId w:val="4"/>
  </w:num>
  <w:num w:numId="5" w16cid:durableId="31268898">
    <w:abstractNumId w:val="7"/>
  </w:num>
  <w:num w:numId="6" w16cid:durableId="1426878036">
    <w:abstractNumId w:val="3"/>
  </w:num>
  <w:num w:numId="7" w16cid:durableId="632295216">
    <w:abstractNumId w:val="2"/>
  </w:num>
  <w:num w:numId="8" w16cid:durableId="1256209530">
    <w:abstractNumId w:val="1"/>
  </w:num>
  <w:num w:numId="9" w16cid:durableId="133445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2D3E"/>
    <w:rsid w:val="00210196"/>
    <w:rsid w:val="0029639D"/>
    <w:rsid w:val="00326F90"/>
    <w:rsid w:val="003F2E25"/>
    <w:rsid w:val="004D3401"/>
    <w:rsid w:val="00571F5F"/>
    <w:rsid w:val="00574701"/>
    <w:rsid w:val="005B3AD6"/>
    <w:rsid w:val="005B4D3D"/>
    <w:rsid w:val="00625739"/>
    <w:rsid w:val="00627455"/>
    <w:rsid w:val="006B2165"/>
    <w:rsid w:val="006F3475"/>
    <w:rsid w:val="007A59CB"/>
    <w:rsid w:val="009B3B60"/>
    <w:rsid w:val="00A2020F"/>
    <w:rsid w:val="00A704CA"/>
    <w:rsid w:val="00AA1D8D"/>
    <w:rsid w:val="00B0554B"/>
    <w:rsid w:val="00B409BF"/>
    <w:rsid w:val="00B47730"/>
    <w:rsid w:val="00B83777"/>
    <w:rsid w:val="00BE6C64"/>
    <w:rsid w:val="00C02412"/>
    <w:rsid w:val="00CA1255"/>
    <w:rsid w:val="00CB0664"/>
    <w:rsid w:val="00D6573B"/>
    <w:rsid w:val="00DB00D5"/>
    <w:rsid w:val="00DD28EB"/>
    <w:rsid w:val="00ED2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3AE46"/>
  <w14:defaultImageDpi w14:val="300"/>
  <w15:docId w15:val="{64E48194-8B08-4F70-AB2F-324E7DE0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9" w:lineRule="auto"/>
    </w:pPr>
    <w:rPr>
      <w:rFonts w:ascii="Liberation Sans" w:eastAsia="Liberation Sans" w:hAnsi="Liberation Sans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63A5F"/>
      <w:sz w:val="3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1F4E79"/>
      <w:sz w:val="25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/>
      <w:b/>
      <w:bCs/>
      <w:color w:val="2E678F"/>
      <w:sz w:val="2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color w:val="163A5F"/>
      <w:spacing w:val="5"/>
      <w:kern w:val="28"/>
      <w:sz w:val="4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b/>
      <w:i/>
      <w:iCs/>
      <w:color w:val="4A6175"/>
      <w:spacing w:val="15"/>
      <w:sz w:val="23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Liberation Sans" w:eastAsia="Liberation Sans" w:hAnsi="Liberation Sans"/>
      <w:i/>
      <w:color w:val="555555"/>
      <w:sz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BE6C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E6C6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E6C64"/>
    <w:rPr>
      <w:rFonts w:ascii="Liberation Sans" w:eastAsia="Liberation Sans" w:hAnsi="Liberation Sans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E6C6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E6C64"/>
    <w:rPr>
      <w:rFonts w:ascii="Liberation Sans" w:eastAsia="Liberation Sans" w:hAnsi="Liberation Sans"/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BE6C6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E6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e.titkarsa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2544</Words>
  <Characters>17561</Characters>
  <Application>Microsoft Office Word</Application>
  <DocSecurity>0</DocSecurity>
  <Lines>146</Lines>
  <Paragraphs>40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Adatkezelési tájékoztató egyesületi tisztújítás jelöltállításához</vt:lpstr>
      <vt:lpstr/>
    </vt:vector>
  </TitlesOfParts>
  <Manager/>
  <Company/>
  <LinksUpToDate>false</LinksUpToDate>
  <CharactersWithSpaces>20065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Adatkezelési tájékoztató egyesületi tisztújítás jelöltállításához</dc:title>
  <dc:subject>Személyre szabható GDPR-minta egyesületi jelöltállításhoz és tisztújításhoz</dc:subject>
  <dc:creator>OpenAI</dc:creator>
  <cp:keywords>GDPR, egyesület, tisztújítás, jelöltállítás, adatkezelési tájékoztató</cp:keywords>
  <dc:description>Minta – használat előtt személyre szabandó.</dc:description>
  <cp:lastModifiedBy>Varga Katalin</cp:lastModifiedBy>
  <cp:revision>3</cp:revision>
  <dcterms:created xsi:type="dcterms:W3CDTF">2026-07-23T10:38:00Z</dcterms:created>
  <dcterms:modified xsi:type="dcterms:W3CDTF">2026-07-23T11:11:00Z</dcterms:modified>
  <cp:category/>
</cp:coreProperties>
</file>